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png" ContentType="image/jpe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A14C5" w14:textId="77777777" w:rsidR="00EC1352" w:rsidRDefault="00EC1352" w:rsidP="00EC1352">
      <w:pPr>
        <w:spacing w:after="0"/>
      </w:pPr>
    </w:p>
    <w:p w14:paraId="20CA3907" w14:textId="77777777" w:rsidR="00EC1352" w:rsidRDefault="00EC1352" w:rsidP="00EC1352">
      <w:pPr>
        <w:spacing w:after="0"/>
      </w:pPr>
    </w:p>
    <w:p w14:paraId="0B81F154" w14:textId="77777777" w:rsidR="00EC1352" w:rsidRDefault="00EC1352" w:rsidP="00EC1352">
      <w:pPr>
        <w:spacing w:after="0"/>
      </w:pPr>
    </w:p>
    <w:p w14:paraId="1EEE73D6" w14:textId="1313D7D2" w:rsidR="00EC1352" w:rsidRDefault="00EC1352" w:rsidP="00EC1352">
      <w:pPr>
        <w:spacing w:after="0"/>
        <w:jc w:val="center"/>
      </w:pPr>
      <w:r>
        <w:rPr>
          <w:b/>
          <w:sz w:val="21"/>
        </w:rPr>
        <w:t>PROJETO CAMINHOS DO CUIDAR</w:t>
      </w:r>
    </w:p>
    <w:p w14:paraId="3CDEAC83" w14:textId="148003A7" w:rsidR="00EC1352" w:rsidRDefault="00EC1352" w:rsidP="00EC1352">
      <w:pPr>
        <w:spacing w:after="100"/>
        <w:jc w:val="center"/>
      </w:pPr>
      <w:r>
        <w:rPr>
          <w:b/>
          <w:sz w:val="24"/>
        </w:rPr>
        <w:t>MODELO DE RELATÓRIO PEDAGÓGICO PARA ENCAMINHAMENTO</w:t>
      </w:r>
    </w:p>
    <w:p w14:paraId="458CFA47" w14:textId="5AFC1F11" w:rsidR="00EC1352" w:rsidRPr="00EC1352" w:rsidRDefault="00EC1352" w:rsidP="00EC1352">
      <w:pPr>
        <w:spacing w:after="100"/>
        <w:jc w:val="both"/>
        <w:rPr>
          <w:sz w:val="16"/>
          <w:szCs w:val="16"/>
        </w:rPr>
      </w:pPr>
      <w:r w:rsidRPr="00EC1352">
        <w:rPr>
          <w:b/>
          <w:sz w:val="16"/>
          <w:szCs w:val="16"/>
        </w:rPr>
        <w:t xml:space="preserve">ORIENTAÇÃO À EQUIPE ESCOLAR: </w:t>
      </w:r>
      <w:r w:rsidRPr="00EC1352">
        <w:rPr>
          <w:sz w:val="16"/>
          <w:szCs w:val="16"/>
        </w:rPr>
        <w:t xml:space="preserve">Este </w:t>
      </w:r>
      <w:proofErr w:type="spellStart"/>
      <w:r w:rsidRPr="00EC1352">
        <w:rPr>
          <w:sz w:val="16"/>
          <w:szCs w:val="16"/>
        </w:rPr>
        <w:t>modelo</w:t>
      </w:r>
      <w:proofErr w:type="spellEnd"/>
      <w:r w:rsidRPr="00EC1352">
        <w:rPr>
          <w:sz w:val="16"/>
          <w:szCs w:val="16"/>
        </w:rPr>
        <w:t xml:space="preserve"> </w:t>
      </w:r>
      <w:proofErr w:type="spellStart"/>
      <w:r w:rsidRPr="00EC1352">
        <w:rPr>
          <w:sz w:val="16"/>
          <w:szCs w:val="16"/>
        </w:rPr>
        <w:t>tem</w:t>
      </w:r>
      <w:proofErr w:type="spellEnd"/>
      <w:r w:rsidRPr="00EC1352">
        <w:rPr>
          <w:sz w:val="16"/>
          <w:szCs w:val="16"/>
        </w:rPr>
        <w:t xml:space="preserve"> por </w:t>
      </w:r>
      <w:proofErr w:type="spellStart"/>
      <w:r w:rsidRPr="00EC1352">
        <w:rPr>
          <w:sz w:val="16"/>
          <w:szCs w:val="16"/>
        </w:rPr>
        <w:t>finalidade</w:t>
      </w:r>
      <w:proofErr w:type="spellEnd"/>
      <w:r w:rsidRPr="00EC1352">
        <w:rPr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facilitar</w:t>
      </w:r>
      <w:proofErr w:type="spellEnd"/>
      <w:r w:rsidRPr="00EC1352">
        <w:rPr>
          <w:rStyle w:val="Forte"/>
          <w:sz w:val="16"/>
          <w:szCs w:val="16"/>
        </w:rPr>
        <w:t xml:space="preserve"> o </w:t>
      </w:r>
      <w:proofErr w:type="spellStart"/>
      <w:r w:rsidRPr="00EC1352">
        <w:rPr>
          <w:rStyle w:val="Forte"/>
          <w:sz w:val="16"/>
          <w:szCs w:val="16"/>
        </w:rPr>
        <w:t>registro</w:t>
      </w:r>
      <w:proofErr w:type="spellEnd"/>
      <w:r w:rsidRPr="00EC1352">
        <w:rPr>
          <w:rStyle w:val="Forte"/>
          <w:sz w:val="16"/>
          <w:szCs w:val="16"/>
        </w:rPr>
        <w:t xml:space="preserve"> e </w:t>
      </w:r>
      <w:proofErr w:type="gramStart"/>
      <w:r w:rsidRPr="00EC1352">
        <w:rPr>
          <w:rStyle w:val="Forte"/>
          <w:sz w:val="16"/>
          <w:szCs w:val="16"/>
        </w:rPr>
        <w:t>a</w:t>
      </w:r>
      <w:proofErr w:type="gram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organização</w:t>
      </w:r>
      <w:proofErr w:type="spellEnd"/>
      <w:r w:rsidRPr="00EC1352">
        <w:rPr>
          <w:rStyle w:val="Forte"/>
          <w:sz w:val="16"/>
          <w:szCs w:val="16"/>
        </w:rPr>
        <w:t xml:space="preserve"> das </w:t>
      </w:r>
      <w:proofErr w:type="spellStart"/>
      <w:r w:rsidRPr="00EC1352">
        <w:rPr>
          <w:rStyle w:val="Forte"/>
          <w:sz w:val="16"/>
          <w:szCs w:val="16"/>
        </w:rPr>
        <w:t>informações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consideradas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relevantes</w:t>
      </w:r>
      <w:proofErr w:type="spellEnd"/>
      <w:r w:rsidRPr="00EC1352">
        <w:rPr>
          <w:rStyle w:val="Forte"/>
          <w:sz w:val="16"/>
          <w:szCs w:val="16"/>
        </w:rPr>
        <w:t xml:space="preserve"> para o </w:t>
      </w:r>
      <w:proofErr w:type="spellStart"/>
      <w:r w:rsidRPr="00EC1352">
        <w:rPr>
          <w:rStyle w:val="Forte"/>
          <w:sz w:val="16"/>
          <w:szCs w:val="16"/>
        </w:rPr>
        <w:t>encaminhamento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ao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Projeto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Caminhos</w:t>
      </w:r>
      <w:proofErr w:type="spellEnd"/>
      <w:r w:rsidRPr="00EC1352">
        <w:rPr>
          <w:rStyle w:val="Forte"/>
          <w:sz w:val="16"/>
          <w:szCs w:val="16"/>
        </w:rPr>
        <w:t xml:space="preserve"> do </w:t>
      </w:r>
      <w:proofErr w:type="spellStart"/>
      <w:r w:rsidRPr="00EC1352">
        <w:rPr>
          <w:rStyle w:val="Forte"/>
          <w:sz w:val="16"/>
          <w:szCs w:val="16"/>
        </w:rPr>
        <w:t>Cuidar</w:t>
      </w:r>
      <w:proofErr w:type="spellEnd"/>
      <w:r w:rsidRPr="00EC1352">
        <w:rPr>
          <w:sz w:val="16"/>
          <w:szCs w:val="16"/>
        </w:rPr>
        <w:t xml:space="preserve">, </w:t>
      </w:r>
      <w:proofErr w:type="spellStart"/>
      <w:r w:rsidRPr="00EC1352">
        <w:rPr>
          <w:sz w:val="16"/>
          <w:szCs w:val="16"/>
        </w:rPr>
        <w:t>contribuindo</w:t>
      </w:r>
      <w:proofErr w:type="spellEnd"/>
      <w:r w:rsidRPr="00EC1352">
        <w:rPr>
          <w:sz w:val="16"/>
          <w:szCs w:val="16"/>
        </w:rPr>
        <w:t xml:space="preserve"> para o </w:t>
      </w:r>
      <w:proofErr w:type="spellStart"/>
      <w:r w:rsidRPr="00EC1352">
        <w:rPr>
          <w:sz w:val="16"/>
          <w:szCs w:val="16"/>
        </w:rPr>
        <w:t>trabalho</w:t>
      </w:r>
      <w:proofErr w:type="spellEnd"/>
      <w:r w:rsidRPr="00EC1352">
        <w:rPr>
          <w:sz w:val="16"/>
          <w:szCs w:val="16"/>
        </w:rPr>
        <w:t xml:space="preserve"> da </w:t>
      </w:r>
      <w:proofErr w:type="spellStart"/>
      <w:r w:rsidRPr="00EC1352">
        <w:rPr>
          <w:sz w:val="16"/>
          <w:szCs w:val="16"/>
        </w:rPr>
        <w:t>equipe</w:t>
      </w:r>
      <w:proofErr w:type="spellEnd"/>
      <w:r w:rsidRPr="00EC1352">
        <w:rPr>
          <w:sz w:val="16"/>
          <w:szCs w:val="16"/>
        </w:rPr>
        <w:t xml:space="preserve"> </w:t>
      </w:r>
      <w:proofErr w:type="spellStart"/>
      <w:r w:rsidRPr="00EC1352">
        <w:rPr>
          <w:sz w:val="16"/>
          <w:szCs w:val="16"/>
        </w:rPr>
        <w:t>pedagógica</w:t>
      </w:r>
      <w:proofErr w:type="spellEnd"/>
      <w:r w:rsidRPr="00EC1352">
        <w:rPr>
          <w:sz w:val="16"/>
          <w:szCs w:val="16"/>
        </w:rPr>
        <w:t xml:space="preserve"> e dos </w:t>
      </w:r>
      <w:proofErr w:type="spellStart"/>
      <w:r w:rsidRPr="00EC1352">
        <w:rPr>
          <w:sz w:val="16"/>
          <w:szCs w:val="16"/>
        </w:rPr>
        <w:t>profissionais</w:t>
      </w:r>
      <w:proofErr w:type="spellEnd"/>
      <w:r w:rsidRPr="00EC1352">
        <w:rPr>
          <w:sz w:val="16"/>
          <w:szCs w:val="16"/>
        </w:rPr>
        <w:t xml:space="preserve"> </w:t>
      </w:r>
      <w:proofErr w:type="spellStart"/>
      <w:r w:rsidRPr="00EC1352">
        <w:rPr>
          <w:sz w:val="16"/>
          <w:szCs w:val="16"/>
        </w:rPr>
        <w:t>envolvidos</w:t>
      </w:r>
      <w:proofErr w:type="spellEnd"/>
      <w:r w:rsidRPr="00EC1352">
        <w:rPr>
          <w:sz w:val="16"/>
          <w:szCs w:val="16"/>
        </w:rPr>
        <w:t xml:space="preserve"> no </w:t>
      </w:r>
      <w:proofErr w:type="spellStart"/>
      <w:r w:rsidRPr="00EC1352">
        <w:rPr>
          <w:sz w:val="16"/>
          <w:szCs w:val="16"/>
        </w:rPr>
        <w:t>projeto</w:t>
      </w:r>
      <w:proofErr w:type="spellEnd"/>
      <w:r w:rsidRPr="00EC1352">
        <w:rPr>
          <w:sz w:val="16"/>
          <w:szCs w:val="16"/>
        </w:rPr>
        <w:t xml:space="preserve">. </w:t>
      </w:r>
      <w:proofErr w:type="spellStart"/>
      <w:r w:rsidRPr="00EC1352">
        <w:rPr>
          <w:rStyle w:val="Forte"/>
          <w:sz w:val="16"/>
          <w:szCs w:val="16"/>
        </w:rPr>
        <w:t>Não</w:t>
      </w:r>
      <w:proofErr w:type="spellEnd"/>
      <w:r w:rsidRPr="00EC1352">
        <w:rPr>
          <w:rStyle w:val="Forte"/>
          <w:sz w:val="16"/>
          <w:szCs w:val="16"/>
        </w:rPr>
        <w:t xml:space="preserve"> se </w:t>
      </w:r>
      <w:proofErr w:type="spellStart"/>
      <w:r w:rsidRPr="00EC1352">
        <w:rPr>
          <w:rStyle w:val="Forte"/>
          <w:sz w:val="16"/>
          <w:szCs w:val="16"/>
        </w:rPr>
        <w:t>destina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gramStart"/>
      <w:r w:rsidRPr="00EC1352">
        <w:rPr>
          <w:rStyle w:val="Forte"/>
          <w:sz w:val="16"/>
          <w:szCs w:val="16"/>
        </w:rPr>
        <w:t>a</w:t>
      </w:r>
      <w:proofErr w:type="gram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estabelecer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ou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substituir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os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critérios</w:t>
      </w:r>
      <w:proofErr w:type="spellEnd"/>
      <w:r w:rsidRPr="00EC1352">
        <w:rPr>
          <w:rStyle w:val="Forte"/>
          <w:sz w:val="16"/>
          <w:szCs w:val="16"/>
        </w:rPr>
        <w:t xml:space="preserve"> e </w:t>
      </w:r>
      <w:proofErr w:type="spellStart"/>
      <w:r w:rsidRPr="00EC1352">
        <w:rPr>
          <w:rStyle w:val="Forte"/>
          <w:sz w:val="16"/>
          <w:szCs w:val="16"/>
        </w:rPr>
        <w:t>procedimentos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próprios</w:t>
      </w:r>
      <w:proofErr w:type="spellEnd"/>
      <w:r w:rsidRPr="00EC1352">
        <w:rPr>
          <w:rStyle w:val="Forte"/>
          <w:sz w:val="16"/>
          <w:szCs w:val="16"/>
        </w:rPr>
        <w:t xml:space="preserve"> da </w:t>
      </w:r>
      <w:proofErr w:type="spellStart"/>
      <w:r w:rsidRPr="00EC1352">
        <w:rPr>
          <w:rStyle w:val="Forte"/>
          <w:sz w:val="16"/>
          <w:szCs w:val="16"/>
        </w:rPr>
        <w:t>instituição</w:t>
      </w:r>
      <w:proofErr w:type="spellEnd"/>
      <w:r w:rsidRPr="00EC1352">
        <w:rPr>
          <w:rStyle w:val="Forte"/>
          <w:sz w:val="16"/>
          <w:szCs w:val="16"/>
        </w:rPr>
        <w:t xml:space="preserve"> de </w:t>
      </w:r>
      <w:proofErr w:type="spellStart"/>
      <w:r w:rsidRPr="00EC1352">
        <w:rPr>
          <w:rStyle w:val="Forte"/>
          <w:sz w:val="16"/>
          <w:szCs w:val="16"/>
        </w:rPr>
        <w:t>ensino</w:t>
      </w:r>
      <w:proofErr w:type="spellEnd"/>
      <w:r w:rsidRPr="00EC1352">
        <w:rPr>
          <w:rStyle w:val="Forte"/>
          <w:sz w:val="16"/>
          <w:szCs w:val="16"/>
        </w:rPr>
        <w:t xml:space="preserve"> para </w:t>
      </w:r>
      <w:proofErr w:type="spellStart"/>
      <w:r w:rsidRPr="00EC1352">
        <w:rPr>
          <w:rStyle w:val="Forte"/>
          <w:sz w:val="16"/>
          <w:szCs w:val="16"/>
        </w:rPr>
        <w:t>elaboração</w:t>
      </w:r>
      <w:proofErr w:type="spellEnd"/>
      <w:r w:rsidRPr="00EC1352">
        <w:rPr>
          <w:rStyle w:val="Forte"/>
          <w:sz w:val="16"/>
          <w:szCs w:val="16"/>
        </w:rPr>
        <w:t xml:space="preserve"> de </w:t>
      </w:r>
      <w:proofErr w:type="spellStart"/>
      <w:r w:rsidRPr="00EC1352">
        <w:rPr>
          <w:rStyle w:val="Forte"/>
          <w:sz w:val="16"/>
          <w:szCs w:val="16"/>
        </w:rPr>
        <w:t>seus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relatórios</w:t>
      </w:r>
      <w:proofErr w:type="spellEnd"/>
      <w:r w:rsidRPr="00EC1352">
        <w:rPr>
          <w:rStyle w:val="Forte"/>
          <w:sz w:val="16"/>
          <w:szCs w:val="16"/>
        </w:rPr>
        <w:t xml:space="preserve"> </w:t>
      </w:r>
      <w:proofErr w:type="spellStart"/>
      <w:r w:rsidRPr="00EC1352">
        <w:rPr>
          <w:rStyle w:val="Forte"/>
          <w:sz w:val="16"/>
          <w:szCs w:val="16"/>
        </w:rPr>
        <w:t>pedagógicos</w:t>
      </w:r>
      <w:proofErr w:type="spellEnd"/>
      <w:r w:rsidRPr="00EC1352">
        <w:rPr>
          <w:rStyle w:val="Forte"/>
          <w:sz w:val="16"/>
          <w:szCs w:val="16"/>
        </w:rPr>
        <w:t>.</w:t>
      </w:r>
    </w:p>
    <w:tbl>
      <w:tblPr>
        <w:tblW w:w="0" w:type="auto"/>
        <w:jc w:val="center"/>
        <w:tblBorders>
          <w:top w:val="single" w:sz="7" w:space="0" w:color="555555"/>
          <w:left w:val="single" w:sz="7" w:space="0" w:color="555555"/>
          <w:bottom w:val="single" w:sz="7" w:space="0" w:color="555555"/>
          <w:right w:val="single" w:sz="7" w:space="0" w:color="555555"/>
          <w:insideH w:val="single" w:sz="7" w:space="0" w:color="555555"/>
          <w:insideV w:val="single" w:sz="7" w:space="0" w:color="555555"/>
        </w:tblBorders>
        <w:tblLook w:val="04A0" w:firstRow="1" w:lastRow="0" w:firstColumn="1" w:lastColumn="0" w:noHBand="0" w:noVBand="1"/>
      </w:tblPr>
      <w:tblGrid>
        <w:gridCol w:w="5424"/>
        <w:gridCol w:w="5098"/>
      </w:tblGrid>
      <w:tr w:rsidR="00EC1352" w14:paraId="23B4C017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4C6A43B8" w14:textId="77777777" w:rsidR="00EC1352" w:rsidRDefault="00EC1352" w:rsidP="00B017ED">
            <w:pPr>
              <w:spacing w:after="0"/>
              <w:jc w:val="center"/>
            </w:pPr>
            <w:r>
              <w:rPr>
                <w:b/>
              </w:rPr>
              <w:t>1. IDENTIFICAÇÃO DA CRIANÇA/ADOLESCENTE</w:t>
            </w:r>
          </w:p>
        </w:tc>
      </w:tr>
      <w:tr w:rsidR="00EC1352" w14:paraId="10978987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6839E874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Nome </w:t>
            </w:r>
            <w:proofErr w:type="spellStart"/>
            <w:r>
              <w:rPr>
                <w:sz w:val="17"/>
              </w:rPr>
              <w:t>completo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criança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adolescente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</w:p>
        </w:tc>
      </w:tr>
      <w:tr w:rsidR="00EC1352" w14:paraId="78DB17DB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2083BC4A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Data de </w:t>
            </w:r>
            <w:proofErr w:type="spellStart"/>
            <w:r>
              <w:rPr>
                <w:sz w:val="17"/>
              </w:rPr>
              <w:t>nascimento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criança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adolescente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</w:p>
        </w:tc>
      </w:tr>
      <w:tr w:rsidR="00EC1352" w14:paraId="117F4D13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082F1683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>Escola:</w:t>
            </w:r>
            <w:r>
              <w:rPr>
                <w:sz w:val="17"/>
              </w:rPr>
              <w:br/>
            </w:r>
          </w:p>
        </w:tc>
      </w:tr>
      <w:tr w:rsidR="00EC1352" w14:paraId="61B912B6" w14:textId="77777777" w:rsidTr="00B017ED">
        <w:trPr>
          <w:trHeight w:val="425"/>
          <w:jc w:val="center"/>
        </w:trPr>
        <w:tc>
          <w:tcPr>
            <w:tcW w:w="5440" w:type="dxa"/>
            <w:vAlign w:val="center"/>
          </w:tcPr>
          <w:p w14:paraId="5BBC8F31" w14:textId="77777777" w:rsidR="00EC1352" w:rsidRDefault="00EC1352" w:rsidP="00B017ED">
            <w:pPr>
              <w:spacing w:after="0"/>
            </w:pPr>
            <w:proofErr w:type="spellStart"/>
            <w:r>
              <w:rPr>
                <w:b/>
                <w:sz w:val="17"/>
              </w:rPr>
              <w:t>Turma</w:t>
            </w:r>
            <w:proofErr w:type="spellEnd"/>
            <w:r>
              <w:rPr>
                <w:b/>
                <w:sz w:val="17"/>
              </w:rPr>
              <w:t>/Ano/Série:</w:t>
            </w:r>
            <w:r>
              <w:rPr>
                <w:b/>
                <w:sz w:val="17"/>
              </w:rPr>
              <w:br/>
            </w:r>
          </w:p>
        </w:tc>
        <w:tc>
          <w:tcPr>
            <w:tcW w:w="5440" w:type="dxa"/>
            <w:vAlign w:val="center"/>
          </w:tcPr>
          <w:p w14:paraId="6BCE3AF7" w14:textId="77777777" w:rsidR="00EC1352" w:rsidRDefault="00EC1352" w:rsidP="00B017ED">
            <w:pPr>
              <w:spacing w:after="0"/>
            </w:pPr>
            <w:proofErr w:type="spellStart"/>
            <w:r>
              <w:rPr>
                <w:b/>
                <w:sz w:val="17"/>
              </w:rPr>
              <w:t>Turno</w:t>
            </w:r>
            <w:proofErr w:type="spellEnd"/>
            <w:r>
              <w:rPr>
                <w:b/>
                <w:sz w:val="17"/>
              </w:rPr>
              <w:t>:</w:t>
            </w:r>
            <w:r>
              <w:rPr>
                <w:b/>
                <w:sz w:val="17"/>
              </w:rPr>
              <w:br/>
            </w:r>
          </w:p>
        </w:tc>
      </w:tr>
      <w:tr w:rsidR="00EC1352" w14:paraId="37D56F3A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140FA90F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>Professor(a)/</w:t>
            </w:r>
            <w:proofErr w:type="spellStart"/>
            <w:r>
              <w:rPr>
                <w:sz w:val="17"/>
              </w:rPr>
              <w:t>responsável</w:t>
            </w:r>
            <w:proofErr w:type="spellEnd"/>
            <w:r>
              <w:rPr>
                <w:sz w:val="17"/>
              </w:rPr>
              <w:t xml:space="preserve"> pela </w:t>
            </w:r>
            <w:proofErr w:type="spellStart"/>
            <w:r>
              <w:rPr>
                <w:sz w:val="17"/>
              </w:rPr>
              <w:t>observação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</w:p>
        </w:tc>
      </w:tr>
      <w:tr w:rsidR="00EC1352" w14:paraId="609E32F3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1218E88D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Data de </w:t>
            </w:r>
            <w:proofErr w:type="spellStart"/>
            <w:r>
              <w:rPr>
                <w:sz w:val="17"/>
              </w:rPr>
              <w:t>ingresso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instituição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</w:p>
        </w:tc>
      </w:tr>
      <w:tr w:rsidR="00EC1352" w14:paraId="456715F2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30158A4A" w14:textId="77777777" w:rsidR="00EC1352" w:rsidRDefault="00EC1352" w:rsidP="00B017ED">
            <w:pPr>
              <w:spacing w:after="0"/>
              <w:jc w:val="center"/>
            </w:pPr>
            <w:r>
              <w:rPr>
                <w:b/>
              </w:rPr>
              <w:t>2. DESENVOLVIMENTO E APRENDIZAGEM</w:t>
            </w:r>
          </w:p>
        </w:tc>
      </w:tr>
      <w:tr w:rsidR="00EC1352" w14:paraId="076F9E6E" w14:textId="77777777" w:rsidTr="00B017ED">
        <w:trPr>
          <w:trHeight w:val="1275"/>
          <w:jc w:val="center"/>
        </w:trPr>
        <w:tc>
          <w:tcPr>
            <w:tcW w:w="10880" w:type="dxa"/>
            <w:gridSpan w:val="2"/>
            <w:vAlign w:val="center"/>
          </w:tcPr>
          <w:p w14:paraId="1EC1AF52" w14:textId="77777777" w:rsidR="00EC1352" w:rsidRDefault="00EC1352" w:rsidP="00B017ED">
            <w:pPr>
              <w:spacing w:after="0"/>
            </w:pPr>
            <w:proofErr w:type="spellStart"/>
            <w:r>
              <w:rPr>
                <w:sz w:val="17"/>
              </w:rPr>
              <w:t>Descreva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desempenho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atividades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pedagógicas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considerando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faixa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etária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etapa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ensino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facilidades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dificuldades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atenção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concentração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organização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EC1352" w14:paraId="6AA73399" w14:textId="77777777" w:rsidTr="00B017ED">
        <w:trPr>
          <w:trHeight w:val="822"/>
          <w:jc w:val="center"/>
        </w:trPr>
        <w:tc>
          <w:tcPr>
            <w:tcW w:w="10880" w:type="dxa"/>
            <w:gridSpan w:val="2"/>
            <w:vAlign w:val="center"/>
          </w:tcPr>
          <w:p w14:paraId="601D99EE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A </w:t>
            </w:r>
            <w:proofErr w:type="spellStart"/>
            <w:r>
              <w:rPr>
                <w:sz w:val="17"/>
              </w:rPr>
              <w:t>criança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adolescente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necessita</w:t>
            </w:r>
            <w:proofErr w:type="spellEnd"/>
            <w:r>
              <w:rPr>
                <w:sz w:val="17"/>
              </w:rPr>
              <w:t xml:space="preserve">, com </w:t>
            </w:r>
            <w:proofErr w:type="spellStart"/>
            <w:r>
              <w:rPr>
                <w:sz w:val="17"/>
              </w:rPr>
              <w:t>frequência</w:t>
            </w:r>
            <w:proofErr w:type="spellEnd"/>
            <w:r>
              <w:rPr>
                <w:sz w:val="17"/>
              </w:rPr>
              <w:t>, de:</w:t>
            </w:r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Orientações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individuais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Repetição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instruções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Rotina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estruturada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Apoio</w:t>
            </w:r>
            <w:proofErr w:type="spellEnd"/>
            <w:r>
              <w:rPr>
                <w:sz w:val="17"/>
              </w:rPr>
              <w:t xml:space="preserve"> visual</w:t>
            </w:r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Mediação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individualizada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Adaptação</w:t>
            </w:r>
            <w:proofErr w:type="spellEnd"/>
            <w:r>
              <w:rPr>
                <w:sz w:val="17"/>
              </w:rPr>
              <w:t xml:space="preserve"> das </w:t>
            </w:r>
            <w:proofErr w:type="spellStart"/>
            <w:r>
              <w:rPr>
                <w:sz w:val="17"/>
              </w:rPr>
              <w:t>atividades</w:t>
            </w:r>
            <w:proofErr w:type="spellEnd"/>
            <w:r>
              <w:rPr>
                <w:sz w:val="17"/>
              </w:rPr>
              <w:t xml:space="preserve">     ☐ Tempo </w:t>
            </w:r>
            <w:proofErr w:type="spellStart"/>
            <w:r>
              <w:rPr>
                <w:sz w:val="17"/>
              </w:rPr>
              <w:t>ampliado</w:t>
            </w:r>
            <w:proofErr w:type="spellEnd"/>
            <w:r>
              <w:rPr>
                <w:sz w:val="17"/>
              </w:rPr>
              <w:br/>
              <w:t>☐ Outro: __________________________________________________________________________________</w:t>
            </w:r>
          </w:p>
        </w:tc>
      </w:tr>
      <w:tr w:rsidR="00EC1352" w14:paraId="04B372F5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2B736341" w14:textId="77777777" w:rsidR="00EC1352" w:rsidRDefault="00EC1352" w:rsidP="00B017ED">
            <w:pPr>
              <w:spacing w:after="0"/>
              <w:jc w:val="center"/>
            </w:pPr>
            <w:r>
              <w:rPr>
                <w:b/>
              </w:rPr>
              <w:t>3. COMUNICAÇÃO E INTERAÇÃO SOCIAL</w:t>
            </w:r>
          </w:p>
        </w:tc>
      </w:tr>
      <w:tr w:rsidR="00EC1352" w14:paraId="0C953C15" w14:textId="77777777" w:rsidTr="00B017ED">
        <w:trPr>
          <w:trHeight w:val="1134"/>
          <w:jc w:val="center"/>
        </w:trPr>
        <w:tc>
          <w:tcPr>
            <w:tcW w:w="10880" w:type="dxa"/>
            <w:gridSpan w:val="2"/>
            <w:vAlign w:val="center"/>
          </w:tcPr>
          <w:p w14:paraId="734DD946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Marque as </w:t>
            </w:r>
            <w:proofErr w:type="spellStart"/>
            <w:r>
              <w:rPr>
                <w:sz w:val="17"/>
              </w:rPr>
              <w:t>situações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efetivamente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observadas</w:t>
            </w:r>
            <w:proofErr w:type="spellEnd"/>
            <w:r>
              <w:rPr>
                <w:sz w:val="17"/>
              </w:rPr>
              <w:t xml:space="preserve"> no </w:t>
            </w:r>
            <w:proofErr w:type="spellStart"/>
            <w:r>
              <w:rPr>
                <w:sz w:val="17"/>
              </w:rPr>
              <w:t>ambiente</w:t>
            </w:r>
            <w:proofErr w:type="spellEnd"/>
            <w:r>
              <w:rPr>
                <w:sz w:val="17"/>
              </w:rPr>
              <w:t xml:space="preserve"> escolar:</w:t>
            </w:r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Comunica</w:t>
            </w:r>
            <w:proofErr w:type="spellEnd"/>
            <w:r>
              <w:rPr>
                <w:sz w:val="17"/>
              </w:rPr>
              <w:t xml:space="preserve">-se </w:t>
            </w:r>
            <w:proofErr w:type="spellStart"/>
            <w:r>
              <w:rPr>
                <w:sz w:val="17"/>
              </w:rPr>
              <w:t>verbalmente</w:t>
            </w:r>
            <w:proofErr w:type="spellEnd"/>
            <w:r>
              <w:rPr>
                <w:sz w:val="17"/>
              </w:rPr>
              <w:t xml:space="preserve"> de forma </w:t>
            </w:r>
            <w:proofErr w:type="spellStart"/>
            <w:r>
              <w:rPr>
                <w:sz w:val="17"/>
              </w:rPr>
              <w:t>funcional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Utiliza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comunicação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não</w:t>
            </w:r>
            <w:proofErr w:type="spellEnd"/>
            <w:r>
              <w:rPr>
                <w:sz w:val="17"/>
              </w:rPr>
              <w:t xml:space="preserve"> verbal e/</w:t>
            </w:r>
            <w:proofErr w:type="spellStart"/>
            <w:r>
              <w:rPr>
                <w:sz w:val="17"/>
              </w:rPr>
              <w:t>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alternativa</w:t>
            </w:r>
            <w:proofErr w:type="spellEnd"/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Dificuldade</w:t>
            </w:r>
            <w:proofErr w:type="spellEnd"/>
            <w:r>
              <w:rPr>
                <w:sz w:val="17"/>
              </w:rPr>
              <w:t xml:space="preserve"> para </w:t>
            </w:r>
            <w:proofErr w:type="spellStart"/>
            <w:r>
              <w:rPr>
                <w:sz w:val="17"/>
              </w:rPr>
              <w:t>iniciar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manter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diálogo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Dificuldade</w:t>
            </w:r>
            <w:proofErr w:type="spellEnd"/>
            <w:r>
              <w:rPr>
                <w:sz w:val="17"/>
              </w:rPr>
              <w:t xml:space="preserve"> para </w:t>
            </w:r>
            <w:proofErr w:type="spellStart"/>
            <w:r>
              <w:rPr>
                <w:sz w:val="17"/>
              </w:rPr>
              <w:t>compreender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perguntas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orientações</w:t>
            </w:r>
            <w:proofErr w:type="spellEnd"/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Dificuldade</w:t>
            </w:r>
            <w:proofErr w:type="spellEnd"/>
            <w:r>
              <w:rPr>
                <w:sz w:val="17"/>
              </w:rPr>
              <w:t xml:space="preserve"> para </w:t>
            </w:r>
            <w:proofErr w:type="spellStart"/>
            <w:r>
              <w:rPr>
                <w:sz w:val="17"/>
              </w:rPr>
              <w:t>expressar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necessidades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Repete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palavras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frases</w:t>
            </w:r>
            <w:proofErr w:type="spellEnd"/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Interage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espontaneamente</w:t>
            </w:r>
            <w:proofErr w:type="spellEnd"/>
            <w:r>
              <w:rPr>
                <w:sz w:val="17"/>
              </w:rPr>
              <w:t xml:space="preserve"> com </w:t>
            </w:r>
            <w:proofErr w:type="spellStart"/>
            <w:r>
              <w:rPr>
                <w:sz w:val="17"/>
              </w:rPr>
              <w:t>colegas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Participa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atividades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coletivas</w:t>
            </w:r>
            <w:proofErr w:type="spellEnd"/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Prefere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atividades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individuais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Necessita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mediação</w:t>
            </w:r>
            <w:proofErr w:type="spellEnd"/>
            <w:r>
              <w:rPr>
                <w:sz w:val="17"/>
              </w:rPr>
              <w:t xml:space="preserve"> para </w:t>
            </w:r>
            <w:proofErr w:type="spellStart"/>
            <w:r>
              <w:rPr>
                <w:sz w:val="17"/>
              </w:rPr>
              <w:t>interação</w:t>
            </w:r>
            <w:proofErr w:type="spellEnd"/>
            <w:r>
              <w:rPr>
                <w:sz w:val="17"/>
              </w:rPr>
              <w:t xml:space="preserve"> social</w:t>
            </w:r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Apresenta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conflitos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frequentes</w:t>
            </w:r>
            <w:proofErr w:type="spellEnd"/>
            <w:r>
              <w:rPr>
                <w:sz w:val="17"/>
              </w:rPr>
              <w:t xml:space="preserve">     ☐ Outro: _________________________________________________</w:t>
            </w:r>
          </w:p>
        </w:tc>
      </w:tr>
      <w:tr w:rsidR="00EC1352" w14:paraId="1D2D46B9" w14:textId="77777777" w:rsidTr="00B017ED">
        <w:trPr>
          <w:trHeight w:val="822"/>
          <w:jc w:val="center"/>
        </w:trPr>
        <w:tc>
          <w:tcPr>
            <w:tcW w:w="10880" w:type="dxa"/>
            <w:gridSpan w:val="2"/>
            <w:vAlign w:val="center"/>
          </w:tcPr>
          <w:p w14:paraId="542EA999" w14:textId="77777777" w:rsidR="00EC1352" w:rsidRDefault="00EC1352" w:rsidP="00B017ED">
            <w:pPr>
              <w:spacing w:after="0"/>
            </w:pPr>
            <w:proofErr w:type="spellStart"/>
            <w:r>
              <w:rPr>
                <w:sz w:val="17"/>
              </w:rPr>
              <w:t>Exemplos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observações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EC1352" w14:paraId="0B37594C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6CFEEF83" w14:textId="77777777" w:rsidR="00EC1352" w:rsidRDefault="00EC1352" w:rsidP="00B017ED">
            <w:pPr>
              <w:spacing w:after="0"/>
              <w:jc w:val="center"/>
            </w:pPr>
            <w:r>
              <w:rPr>
                <w:b/>
              </w:rPr>
              <w:t>4. COMPORTAMENTO, ROTINA E ASPECTOS SENSORIAIS</w:t>
            </w:r>
          </w:p>
        </w:tc>
      </w:tr>
      <w:tr w:rsidR="00EC1352" w14:paraId="191C5164" w14:textId="77777777" w:rsidTr="00B017ED">
        <w:trPr>
          <w:trHeight w:val="1077"/>
          <w:jc w:val="center"/>
        </w:trPr>
        <w:tc>
          <w:tcPr>
            <w:tcW w:w="10880" w:type="dxa"/>
            <w:gridSpan w:val="2"/>
            <w:vAlign w:val="center"/>
          </w:tcPr>
          <w:p w14:paraId="768D112D" w14:textId="77777777" w:rsidR="002564DB" w:rsidRPr="004D394F" w:rsidRDefault="002564DB" w:rsidP="004D394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7"/>
                <w:szCs w:val="17"/>
              </w:rPr>
            </w:pPr>
            <w:r w:rsidRPr="004D394F">
              <w:rPr>
                <w:rStyle w:val="Forte"/>
                <w:rFonts w:ascii="Arial" w:hAnsi="Arial" w:cs="Arial"/>
                <w:sz w:val="17"/>
                <w:szCs w:val="17"/>
              </w:rPr>
              <w:t>Marque as situações efetivamente observadas no ambiente escolar:</w:t>
            </w:r>
          </w:p>
          <w:p w14:paraId="1CD8EF60" w14:textId="39CF113C" w:rsidR="002564DB" w:rsidRPr="004D394F" w:rsidRDefault="002564DB" w:rsidP="004D394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7"/>
                <w:szCs w:val="17"/>
              </w:rPr>
            </w:pP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Movimentos ou comportamentos repetitivos</w:t>
            </w:r>
            <w:r w:rsidR="004D394F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4D394F">
              <w:rPr>
                <w:rFonts w:cs="Arial"/>
                <w:sz w:val="17"/>
                <w:szCs w:val="17"/>
              </w:rPr>
              <w:t xml:space="preserve">                 </w:t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Interesse intenso por determinados objetos/assuntos</w:t>
            </w:r>
            <w:r w:rsidRPr="004D394F">
              <w:rPr>
                <w:rFonts w:ascii="Arial" w:hAnsi="Arial"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Dificuldade de seguir a rotina da turma, necessitando de rotina específica</w:t>
            </w:r>
            <w:r w:rsidRPr="004D394F">
              <w:rPr>
                <w:rFonts w:ascii="Arial" w:hAnsi="Arial"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Dificuldade diante de mudanças</w:t>
            </w:r>
            <w:r w:rsidR="004D394F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4D394F">
              <w:rPr>
                <w:rFonts w:cs="Arial"/>
                <w:sz w:val="17"/>
                <w:szCs w:val="17"/>
              </w:rPr>
              <w:t xml:space="preserve">                                     </w:t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Reações intensas diante de frustrações</w:t>
            </w:r>
            <w:r w:rsidRPr="004D394F">
              <w:rPr>
                <w:rFonts w:ascii="Arial" w:hAnsi="Arial"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Isolamento em determinadas situações</w:t>
            </w:r>
            <w:r w:rsidR="004D394F">
              <w:rPr>
                <w:rFonts w:ascii="Arial" w:hAnsi="Arial" w:cs="Arial"/>
                <w:sz w:val="17"/>
                <w:szCs w:val="17"/>
              </w:rPr>
              <w:t xml:space="preserve">                       </w:t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Agitação em situações específicas</w:t>
            </w:r>
            <w:r w:rsidRPr="004D394F">
              <w:rPr>
                <w:rFonts w:ascii="Arial" w:hAnsi="Arial"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Reações diferenciadas a sons, luzes, toque, cheiros, texturas, alimentação, movimento ou ambientes com muitas pessoas</w:t>
            </w:r>
            <w:r w:rsidRPr="004D394F">
              <w:rPr>
                <w:rFonts w:ascii="Arial" w:hAnsi="Arial"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Outro: ______________________________________________________________________</w:t>
            </w:r>
          </w:p>
          <w:p w14:paraId="656970E1" w14:textId="1428A6A0" w:rsidR="00EC1352" w:rsidRPr="004D394F" w:rsidRDefault="00EC1352" w:rsidP="00B017ED">
            <w:pPr>
              <w:spacing w:after="0"/>
              <w:rPr>
                <w:rFonts w:cs="Arial"/>
                <w:sz w:val="17"/>
                <w:szCs w:val="17"/>
              </w:rPr>
            </w:pPr>
          </w:p>
        </w:tc>
      </w:tr>
      <w:tr w:rsidR="00EC1352" w14:paraId="1EE39502" w14:textId="77777777" w:rsidTr="00B017ED">
        <w:trPr>
          <w:trHeight w:val="878"/>
          <w:jc w:val="center"/>
        </w:trPr>
        <w:tc>
          <w:tcPr>
            <w:tcW w:w="10880" w:type="dxa"/>
            <w:gridSpan w:val="2"/>
            <w:vAlign w:val="center"/>
          </w:tcPr>
          <w:p w14:paraId="4D2DDCFF" w14:textId="77777777" w:rsidR="00FF3F52" w:rsidRDefault="00EC1352" w:rsidP="00B017ED">
            <w:pPr>
              <w:spacing w:after="0"/>
              <w:rPr>
                <w:rFonts w:cs="Arial"/>
                <w:sz w:val="17"/>
                <w:szCs w:val="17"/>
              </w:rPr>
            </w:pPr>
            <w:proofErr w:type="spellStart"/>
            <w:r w:rsidRPr="004D394F">
              <w:rPr>
                <w:rFonts w:cs="Arial"/>
                <w:sz w:val="17"/>
                <w:szCs w:val="17"/>
              </w:rPr>
              <w:lastRenderedPageBreak/>
              <w:t>Descreva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quando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possível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, a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frequência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intensidade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e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contexto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das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situações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observadas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>:</w:t>
            </w:r>
          </w:p>
          <w:p w14:paraId="2BEC49CD" w14:textId="77777777" w:rsidR="00FF3F52" w:rsidRDefault="00FF3F52" w:rsidP="00B017ED">
            <w:pPr>
              <w:spacing w:after="0"/>
              <w:rPr>
                <w:rFonts w:cs="Arial"/>
                <w:sz w:val="17"/>
                <w:szCs w:val="17"/>
              </w:rPr>
            </w:pPr>
          </w:p>
          <w:p w14:paraId="548AC62F" w14:textId="77777777" w:rsidR="00FF3F52" w:rsidRDefault="00FF3F52" w:rsidP="00B017ED">
            <w:pPr>
              <w:spacing w:after="0"/>
              <w:rPr>
                <w:rFonts w:cs="Arial"/>
                <w:sz w:val="17"/>
                <w:szCs w:val="17"/>
              </w:rPr>
            </w:pPr>
          </w:p>
          <w:p w14:paraId="6E6B2126" w14:textId="218EBA5A" w:rsidR="00EC1352" w:rsidRPr="004D394F" w:rsidRDefault="00EC1352" w:rsidP="00FF3F52">
            <w:pPr>
              <w:pStyle w:val="NormalWeb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FF3F52" w14:paraId="5BA0891C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31DBE302" w14:textId="447A734C" w:rsidR="00FF3F52" w:rsidRDefault="00FF3F52" w:rsidP="00B017E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5. OBSERVAÇÕES EM DIFERENTES CONTEXTOS ESCOLARES</w:t>
            </w:r>
          </w:p>
        </w:tc>
      </w:tr>
      <w:tr w:rsidR="00FF3F52" w14:paraId="6C1BF7B3" w14:textId="77777777" w:rsidTr="00FF3F52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uto"/>
            <w:vAlign w:val="center"/>
          </w:tcPr>
          <w:p w14:paraId="7B8FCBD6" w14:textId="77777777" w:rsidR="00FF3F52" w:rsidRPr="004D394F" w:rsidRDefault="00FF3F52" w:rsidP="00FF3F52">
            <w:pPr>
              <w:pStyle w:val="NormalWeb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S</w:t>
            </w:r>
            <w:r w:rsidRPr="004D394F">
              <w:rPr>
                <w:rFonts w:ascii="Arial" w:hAnsi="Arial" w:cs="Arial"/>
                <w:sz w:val="17"/>
                <w:szCs w:val="17"/>
              </w:rPr>
              <w:t>e possível, indique se as situações descritas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FF3F52">
              <w:rPr>
                <w:rFonts w:ascii="Arial" w:hAnsi="Arial" w:cs="Arial"/>
                <w:b/>
                <w:bCs/>
                <w:sz w:val="17"/>
                <w:szCs w:val="17"/>
              </w:rPr>
              <w:t>nos itens 3 e 4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também são observadas por </w:t>
            </w:r>
            <w:r w:rsidRPr="004D394F">
              <w:rPr>
                <w:rStyle w:val="Forte"/>
                <w:rFonts w:ascii="Arial" w:hAnsi="Arial" w:cs="Arial"/>
                <w:sz w:val="17"/>
                <w:szCs w:val="17"/>
              </w:rPr>
              <w:t>outros profissionais</w:t>
            </w:r>
            <w:r w:rsidRPr="004D394F">
              <w:rPr>
                <w:rFonts w:ascii="Arial" w:hAnsi="Arial" w:cs="Arial"/>
                <w:sz w:val="17"/>
                <w:szCs w:val="17"/>
              </w:rPr>
              <w:t xml:space="preserve"> e em </w:t>
            </w:r>
            <w:r w:rsidRPr="004D394F">
              <w:rPr>
                <w:rStyle w:val="Forte"/>
                <w:rFonts w:ascii="Arial" w:hAnsi="Arial" w:cs="Arial"/>
                <w:sz w:val="17"/>
                <w:szCs w:val="17"/>
              </w:rPr>
              <w:t>diferentes ambientes ou atividades escolares</w:t>
            </w:r>
            <w:r w:rsidRPr="004D394F">
              <w:rPr>
                <w:rFonts w:ascii="Arial" w:hAnsi="Arial" w:cs="Arial"/>
                <w:sz w:val="17"/>
                <w:szCs w:val="17"/>
              </w:rPr>
              <w:t>, como recreio, pátio, Educação Física, biblioteca, alimentação e atividades coletivas.</w:t>
            </w:r>
          </w:p>
          <w:p w14:paraId="0397A830" w14:textId="568BC9FA" w:rsidR="00FF3F52" w:rsidRDefault="00FF3F52" w:rsidP="00FF3F52">
            <w:pPr>
              <w:spacing w:after="0"/>
              <w:rPr>
                <w:b/>
              </w:rPr>
            </w:pP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Principalmente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pelo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(a) professor(a)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regente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cs="Arial"/>
                <w:sz w:val="17"/>
                <w:szCs w:val="17"/>
              </w:rPr>
              <w:t xml:space="preserve"> Por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diferentes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professores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>/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profissionais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cs="Arial"/>
                <w:sz w:val="17"/>
                <w:szCs w:val="17"/>
              </w:rPr>
              <w:t xml:space="preserve"> Durante o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recreio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ou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atividades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livres</w:t>
            </w:r>
            <w:r w:rsidRPr="004D394F">
              <w:rPr>
                <w:rFonts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Em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atividades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coletivas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e/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ou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Educação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Física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Em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diferentes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t xml:space="preserve"> ambientes da </w:t>
            </w:r>
            <w:proofErr w:type="spellStart"/>
            <w:r w:rsidRPr="004D394F">
              <w:rPr>
                <w:rFonts w:cs="Arial"/>
                <w:sz w:val="17"/>
                <w:szCs w:val="17"/>
              </w:rPr>
              <w:t>escola</w:t>
            </w:r>
            <w:proofErr w:type="spellEnd"/>
            <w:r w:rsidRPr="004D394F">
              <w:rPr>
                <w:rFonts w:cs="Arial"/>
                <w:sz w:val="17"/>
                <w:szCs w:val="17"/>
              </w:rPr>
              <w:br/>
            </w:r>
            <w:r w:rsidRPr="004D394F">
              <w:rPr>
                <w:rFonts w:ascii="Segoe UI Symbol" w:hAnsi="Segoe UI Symbol" w:cs="Segoe UI Symbol"/>
                <w:sz w:val="17"/>
                <w:szCs w:val="17"/>
              </w:rPr>
              <w:t>☐</w:t>
            </w:r>
            <w:r w:rsidRPr="004D394F">
              <w:rPr>
                <w:rFonts w:cs="Arial"/>
                <w:sz w:val="17"/>
                <w:szCs w:val="17"/>
              </w:rPr>
              <w:t xml:space="preserve"> Outro: ______________________________________________________________________</w:t>
            </w:r>
            <w:r w:rsidRPr="004D394F">
              <w:rPr>
                <w:rFonts w:cs="Arial"/>
                <w:sz w:val="17"/>
                <w:szCs w:val="17"/>
              </w:rPr>
              <w:br/>
            </w:r>
          </w:p>
        </w:tc>
      </w:tr>
      <w:tr w:rsidR="00EC1352" w14:paraId="51D9E762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1BD83E47" w14:textId="710DA54E" w:rsidR="00EC1352" w:rsidRDefault="00FF3F52" w:rsidP="00B017ED">
            <w:pPr>
              <w:spacing w:after="0"/>
              <w:jc w:val="center"/>
            </w:pPr>
            <w:r>
              <w:rPr>
                <w:b/>
              </w:rPr>
              <w:t>6</w:t>
            </w:r>
            <w:r w:rsidR="00EC1352">
              <w:rPr>
                <w:b/>
              </w:rPr>
              <w:t>. AUTONOMIA, HABILIDADES E POTENCIALIDADES</w:t>
            </w:r>
          </w:p>
        </w:tc>
      </w:tr>
      <w:tr w:rsidR="00EC1352" w14:paraId="08DC104B" w14:textId="77777777" w:rsidTr="00B017ED">
        <w:trPr>
          <w:trHeight w:val="1219"/>
          <w:jc w:val="center"/>
        </w:trPr>
        <w:tc>
          <w:tcPr>
            <w:tcW w:w="10880" w:type="dxa"/>
            <w:gridSpan w:val="2"/>
            <w:vAlign w:val="center"/>
          </w:tcPr>
          <w:p w14:paraId="2F8E8048" w14:textId="0FB203F5" w:rsidR="00EC1352" w:rsidRDefault="00EC1352" w:rsidP="00B017ED">
            <w:pPr>
              <w:spacing w:after="0"/>
            </w:pPr>
            <w:proofErr w:type="spellStart"/>
            <w:r>
              <w:rPr>
                <w:sz w:val="17"/>
              </w:rPr>
              <w:t>Descreva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nível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autonomia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atividades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escolares</w:t>
            </w:r>
            <w:proofErr w:type="spellEnd"/>
            <w:r>
              <w:rPr>
                <w:sz w:val="17"/>
              </w:rPr>
              <w:t xml:space="preserve"> e de </w:t>
            </w:r>
            <w:proofErr w:type="spellStart"/>
            <w:r>
              <w:rPr>
                <w:sz w:val="17"/>
              </w:rPr>
              <w:t>rotina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bem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como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habilidades</w:t>
            </w:r>
            <w:proofErr w:type="spellEnd"/>
            <w:r>
              <w:rPr>
                <w:sz w:val="17"/>
              </w:rPr>
              <w:t xml:space="preserve">, interesses, </w:t>
            </w:r>
            <w:proofErr w:type="spellStart"/>
            <w:r>
              <w:rPr>
                <w:sz w:val="17"/>
              </w:rPr>
              <w:t>talentos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facilidades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potencialidades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EC1352" w14:paraId="5D2A49D8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7D69C151" w14:textId="0E3FA2C7" w:rsidR="00EC1352" w:rsidRDefault="00FF3F52" w:rsidP="00B017ED">
            <w:pPr>
              <w:spacing w:after="0"/>
              <w:jc w:val="center"/>
            </w:pPr>
            <w:r>
              <w:rPr>
                <w:b/>
              </w:rPr>
              <w:t>7</w:t>
            </w:r>
            <w:r w:rsidR="00EC1352">
              <w:rPr>
                <w:b/>
              </w:rPr>
              <w:t>. PRINCIPAIS DIFICULDADES OBSERVADAS</w:t>
            </w:r>
          </w:p>
        </w:tc>
      </w:tr>
      <w:tr w:rsidR="00EC1352" w14:paraId="06B1C895" w14:textId="77777777" w:rsidTr="00B017ED">
        <w:trPr>
          <w:trHeight w:val="907"/>
          <w:jc w:val="center"/>
        </w:trPr>
        <w:tc>
          <w:tcPr>
            <w:tcW w:w="10880" w:type="dxa"/>
            <w:gridSpan w:val="2"/>
            <w:vAlign w:val="center"/>
          </w:tcPr>
          <w:p w14:paraId="3A5FC267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Registre as </w:t>
            </w:r>
            <w:proofErr w:type="spellStart"/>
            <w:r>
              <w:rPr>
                <w:sz w:val="17"/>
              </w:rPr>
              <w:t>dificuldades</w:t>
            </w:r>
            <w:proofErr w:type="spellEnd"/>
            <w:r>
              <w:rPr>
                <w:sz w:val="17"/>
              </w:rPr>
              <w:t xml:space="preserve"> que </w:t>
            </w:r>
            <w:proofErr w:type="spellStart"/>
            <w:r>
              <w:rPr>
                <w:sz w:val="17"/>
              </w:rPr>
              <w:t>mais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impactam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aprendizagem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participação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comunicação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convivência</w:t>
            </w:r>
            <w:proofErr w:type="spellEnd"/>
            <w:r>
              <w:rPr>
                <w:sz w:val="17"/>
              </w:rPr>
              <w:t xml:space="preserve"> escolar: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EC1352" w14:paraId="6253F3EE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6D68A377" w14:textId="52FBEDF4" w:rsidR="00EC1352" w:rsidRDefault="00FF3F52" w:rsidP="00B017ED">
            <w:pPr>
              <w:spacing w:after="0"/>
              <w:jc w:val="center"/>
            </w:pPr>
            <w:r>
              <w:rPr>
                <w:b/>
              </w:rPr>
              <w:t>8</w:t>
            </w:r>
            <w:r w:rsidR="00EC1352">
              <w:rPr>
                <w:b/>
              </w:rPr>
              <w:t>. ESTRATÉGIAS E ADAPTAÇÕES JÁ REALIZADAS PELA ESCOLA</w:t>
            </w:r>
          </w:p>
        </w:tc>
      </w:tr>
      <w:tr w:rsidR="00EC1352" w14:paraId="2CE000C8" w14:textId="77777777" w:rsidTr="00B017ED">
        <w:trPr>
          <w:trHeight w:val="878"/>
          <w:jc w:val="center"/>
        </w:trPr>
        <w:tc>
          <w:tcPr>
            <w:tcW w:w="10880" w:type="dxa"/>
            <w:gridSpan w:val="2"/>
            <w:vAlign w:val="center"/>
          </w:tcPr>
          <w:p w14:paraId="49C1DA49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☐ </w:t>
            </w:r>
            <w:proofErr w:type="spellStart"/>
            <w:r>
              <w:rPr>
                <w:sz w:val="17"/>
              </w:rPr>
              <w:t>Rotina</w:t>
            </w:r>
            <w:proofErr w:type="spellEnd"/>
            <w:r>
              <w:rPr>
                <w:sz w:val="17"/>
              </w:rPr>
              <w:t xml:space="preserve"> visual     ☐ </w:t>
            </w:r>
            <w:proofErr w:type="spellStart"/>
            <w:r>
              <w:rPr>
                <w:sz w:val="17"/>
              </w:rPr>
              <w:t>Instruções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simplificadas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Atendimento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individualizado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Atividades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adaptadas</w:t>
            </w:r>
            <w:proofErr w:type="spellEnd"/>
            <w:r>
              <w:rPr>
                <w:sz w:val="17"/>
              </w:rPr>
              <w:br/>
              <w:t xml:space="preserve">☐ </w:t>
            </w:r>
            <w:proofErr w:type="spellStart"/>
            <w:r>
              <w:rPr>
                <w:sz w:val="17"/>
              </w:rPr>
              <w:t>Redução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estímulos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Antecipação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mudanças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Mediação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atividades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coletivas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interações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sociais</w:t>
            </w:r>
            <w:proofErr w:type="spellEnd"/>
            <w:r>
              <w:rPr>
                <w:sz w:val="17"/>
              </w:rPr>
              <w:br/>
              <w:t xml:space="preserve">☐ Tempo </w:t>
            </w:r>
            <w:proofErr w:type="spellStart"/>
            <w:r>
              <w:rPr>
                <w:sz w:val="17"/>
              </w:rPr>
              <w:t>ampliado</w:t>
            </w:r>
            <w:proofErr w:type="spellEnd"/>
            <w:r>
              <w:rPr>
                <w:sz w:val="17"/>
              </w:rPr>
              <w:t xml:space="preserve">     ☐ Uso de </w:t>
            </w:r>
            <w:proofErr w:type="spellStart"/>
            <w:r>
              <w:rPr>
                <w:sz w:val="17"/>
              </w:rPr>
              <w:t>recursos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visuais</w:t>
            </w:r>
            <w:proofErr w:type="spellEnd"/>
            <w:r>
              <w:rPr>
                <w:sz w:val="17"/>
              </w:rPr>
              <w:t xml:space="preserve">     ☐ </w:t>
            </w:r>
            <w:proofErr w:type="spellStart"/>
            <w:r>
              <w:rPr>
                <w:sz w:val="17"/>
              </w:rPr>
              <w:t>Outra</w:t>
            </w:r>
            <w:proofErr w:type="spellEnd"/>
            <w:r>
              <w:rPr>
                <w:sz w:val="17"/>
              </w:rPr>
              <w:t>: _______________________________________________</w:t>
            </w:r>
          </w:p>
        </w:tc>
      </w:tr>
      <w:tr w:rsidR="00EC1352" w14:paraId="6DE004A8" w14:textId="77777777" w:rsidTr="00B017ED">
        <w:trPr>
          <w:trHeight w:val="850"/>
          <w:jc w:val="center"/>
        </w:trPr>
        <w:tc>
          <w:tcPr>
            <w:tcW w:w="10880" w:type="dxa"/>
            <w:gridSpan w:val="2"/>
            <w:vAlign w:val="center"/>
          </w:tcPr>
          <w:p w14:paraId="288ABF77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Quais </w:t>
            </w:r>
            <w:proofErr w:type="spellStart"/>
            <w:r>
              <w:rPr>
                <w:sz w:val="17"/>
              </w:rPr>
              <w:t>estratégias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apresentaram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resultado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positivo</w:t>
            </w:r>
            <w:proofErr w:type="spellEnd"/>
            <w:r>
              <w:rPr>
                <w:sz w:val="17"/>
              </w:rPr>
              <w:t xml:space="preserve">? Quais </w:t>
            </w:r>
            <w:proofErr w:type="spellStart"/>
            <w:r>
              <w:rPr>
                <w:sz w:val="17"/>
              </w:rPr>
              <w:t>não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produziram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resultado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esperado</w:t>
            </w:r>
            <w:proofErr w:type="spellEnd"/>
            <w:r>
              <w:rPr>
                <w:sz w:val="17"/>
              </w:rPr>
              <w:t>?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EC1352" w14:paraId="424BFCA7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461F855C" w14:textId="4955C5B6" w:rsidR="00EC1352" w:rsidRDefault="00FF3F52" w:rsidP="00B017ED">
            <w:pPr>
              <w:spacing w:after="0"/>
              <w:jc w:val="center"/>
            </w:pPr>
            <w:r>
              <w:rPr>
                <w:b/>
              </w:rPr>
              <w:t>9</w:t>
            </w:r>
            <w:r w:rsidR="00EC1352">
              <w:rPr>
                <w:b/>
              </w:rPr>
              <w:t>. INFORMAÇÕES RELEVANTES RELATADAS PELA FAMÍLIA</w:t>
            </w:r>
          </w:p>
        </w:tc>
      </w:tr>
      <w:tr w:rsidR="00EC1352" w14:paraId="4298203C" w14:textId="77777777" w:rsidTr="00B017ED">
        <w:trPr>
          <w:trHeight w:val="850"/>
          <w:jc w:val="center"/>
        </w:trPr>
        <w:tc>
          <w:tcPr>
            <w:tcW w:w="10880" w:type="dxa"/>
            <w:gridSpan w:val="2"/>
            <w:vAlign w:val="center"/>
          </w:tcPr>
          <w:p w14:paraId="78287186" w14:textId="210D734F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Registre </w:t>
            </w:r>
            <w:proofErr w:type="spellStart"/>
            <w:r>
              <w:rPr>
                <w:sz w:val="17"/>
              </w:rPr>
              <w:t>somente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pertinentes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desenvolvimento</w:t>
            </w:r>
            <w:proofErr w:type="spellEnd"/>
            <w:r>
              <w:rPr>
                <w:sz w:val="17"/>
              </w:rPr>
              <w:t xml:space="preserve"> </w:t>
            </w:r>
            <w:r w:rsidR="00691A34">
              <w:rPr>
                <w:sz w:val="17"/>
              </w:rPr>
              <w:t>escolar</w:t>
            </w:r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criança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adolescente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  <w:tr w:rsidR="00EC1352" w14:paraId="27DEC799" w14:textId="77777777" w:rsidTr="00B017ED">
        <w:trPr>
          <w:trHeight w:val="368"/>
          <w:jc w:val="center"/>
        </w:trPr>
        <w:tc>
          <w:tcPr>
            <w:tcW w:w="10880" w:type="dxa"/>
            <w:gridSpan w:val="2"/>
            <w:vAlign w:val="center"/>
          </w:tcPr>
          <w:p w14:paraId="61196FB1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A </w:t>
            </w:r>
            <w:proofErr w:type="spellStart"/>
            <w:r>
              <w:rPr>
                <w:sz w:val="17"/>
              </w:rPr>
              <w:t>família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manifestou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preocupação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relacionada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desenvolvimento</w:t>
            </w:r>
            <w:proofErr w:type="spellEnd"/>
            <w:r>
              <w:rPr>
                <w:sz w:val="17"/>
              </w:rPr>
              <w:t xml:space="preserve">?   ☐ Sim   ☐ </w:t>
            </w:r>
            <w:proofErr w:type="spellStart"/>
            <w:r>
              <w:rPr>
                <w:sz w:val="17"/>
              </w:rPr>
              <w:t>Não</w:t>
            </w:r>
            <w:proofErr w:type="spellEnd"/>
            <w:r>
              <w:rPr>
                <w:sz w:val="17"/>
              </w:rPr>
              <w:t xml:space="preserve">   ☐ </w:t>
            </w:r>
            <w:proofErr w:type="spellStart"/>
            <w:r>
              <w:rPr>
                <w:sz w:val="17"/>
              </w:rPr>
              <w:t>Não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informado</w:t>
            </w:r>
            <w:proofErr w:type="spellEnd"/>
          </w:p>
        </w:tc>
      </w:tr>
      <w:tr w:rsidR="00EC1352" w14:paraId="02E3B44B" w14:textId="77777777" w:rsidTr="00B017ED">
        <w:trPr>
          <w:trHeight w:val="510"/>
          <w:jc w:val="center"/>
        </w:trPr>
        <w:tc>
          <w:tcPr>
            <w:tcW w:w="10880" w:type="dxa"/>
            <w:gridSpan w:val="2"/>
            <w:vAlign w:val="center"/>
          </w:tcPr>
          <w:p w14:paraId="289BFA72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Segundo a </w:t>
            </w:r>
            <w:proofErr w:type="spellStart"/>
            <w:r>
              <w:rPr>
                <w:sz w:val="17"/>
              </w:rPr>
              <w:t>família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realiza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realizou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acompanhamento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profissional</w:t>
            </w:r>
            <w:proofErr w:type="spellEnd"/>
            <w:r>
              <w:rPr>
                <w:sz w:val="17"/>
              </w:rPr>
              <w:t xml:space="preserve">?   ☐ Sim   ☐ </w:t>
            </w:r>
            <w:proofErr w:type="spellStart"/>
            <w:r>
              <w:rPr>
                <w:sz w:val="17"/>
              </w:rPr>
              <w:t>Não</w:t>
            </w:r>
            <w:proofErr w:type="spellEnd"/>
            <w:r>
              <w:rPr>
                <w:sz w:val="17"/>
              </w:rPr>
              <w:t xml:space="preserve">   ☐ </w:t>
            </w:r>
            <w:proofErr w:type="spellStart"/>
            <w:r>
              <w:rPr>
                <w:sz w:val="17"/>
              </w:rPr>
              <w:t>Não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informado</w:t>
            </w:r>
            <w:proofErr w:type="spellEnd"/>
            <w:r>
              <w:rPr>
                <w:sz w:val="17"/>
              </w:rPr>
              <w:br/>
              <w:t>Se sim, qual(is)? ___________________________________________________________________________</w:t>
            </w:r>
          </w:p>
        </w:tc>
      </w:tr>
      <w:tr w:rsidR="00EC1352" w14:paraId="2F3DB6D4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748862A8" w14:textId="55ECC13B" w:rsidR="00EC1352" w:rsidRDefault="00FF3F52" w:rsidP="00B017ED">
            <w:pPr>
              <w:spacing w:after="0"/>
              <w:jc w:val="center"/>
            </w:pPr>
            <w:r>
              <w:rPr>
                <w:b/>
              </w:rPr>
              <w:t>10</w:t>
            </w:r>
            <w:r w:rsidR="00EC1352">
              <w:rPr>
                <w:b/>
              </w:rPr>
              <w:t>. SÍNTESE DA EQUIPE PEDAGÓGICA</w:t>
            </w:r>
          </w:p>
        </w:tc>
      </w:tr>
      <w:tr w:rsidR="00EC1352" w14:paraId="086A0919" w14:textId="77777777" w:rsidTr="00B017ED">
        <w:trPr>
          <w:trHeight w:val="1219"/>
          <w:jc w:val="center"/>
        </w:trPr>
        <w:tc>
          <w:tcPr>
            <w:tcW w:w="10880" w:type="dxa"/>
            <w:gridSpan w:val="2"/>
            <w:vAlign w:val="center"/>
          </w:tcPr>
          <w:p w14:paraId="22D0508A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Com base no </w:t>
            </w:r>
            <w:proofErr w:type="spellStart"/>
            <w:r>
              <w:rPr>
                <w:sz w:val="17"/>
              </w:rPr>
              <w:t>acompanhamento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realizado</w:t>
            </w:r>
            <w:proofErr w:type="spellEnd"/>
            <w:r>
              <w:rPr>
                <w:sz w:val="17"/>
              </w:rPr>
              <w:t xml:space="preserve"> no </w:t>
            </w:r>
            <w:proofErr w:type="spellStart"/>
            <w:r>
              <w:rPr>
                <w:sz w:val="17"/>
              </w:rPr>
              <w:t>ambiente</w:t>
            </w:r>
            <w:proofErr w:type="spellEnd"/>
            <w:r>
              <w:rPr>
                <w:sz w:val="17"/>
              </w:rPr>
              <w:t xml:space="preserve"> escolar, </w:t>
            </w:r>
            <w:proofErr w:type="spellStart"/>
            <w:r>
              <w:rPr>
                <w:sz w:val="17"/>
              </w:rPr>
              <w:t>destaque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principais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aspectos</w:t>
            </w:r>
            <w:proofErr w:type="spellEnd"/>
            <w:r>
              <w:rPr>
                <w:sz w:val="17"/>
              </w:rPr>
              <w:t xml:space="preserve"> que </w:t>
            </w:r>
            <w:proofErr w:type="spellStart"/>
            <w:r>
              <w:rPr>
                <w:sz w:val="17"/>
              </w:rPr>
              <w:t>justificam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encaminhamento</w:t>
            </w:r>
            <w:proofErr w:type="spellEnd"/>
            <w:r>
              <w:rPr>
                <w:sz w:val="17"/>
              </w:rPr>
              <w:t xml:space="preserve"> e que </w:t>
            </w:r>
            <w:proofErr w:type="spellStart"/>
            <w:r>
              <w:rPr>
                <w:sz w:val="17"/>
              </w:rPr>
              <w:t>considera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relevantes</w:t>
            </w:r>
            <w:proofErr w:type="spellEnd"/>
            <w:r>
              <w:rPr>
                <w:sz w:val="17"/>
              </w:rPr>
              <w:t xml:space="preserve"> para </w:t>
            </w:r>
            <w:proofErr w:type="spellStart"/>
            <w:r>
              <w:rPr>
                <w:sz w:val="17"/>
              </w:rPr>
              <w:t>compreensão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caso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  <w:p w14:paraId="3B96DBDA" w14:textId="77777777" w:rsidR="00FF3F52" w:rsidRDefault="00FF3F52" w:rsidP="00B017ED">
            <w:pPr>
              <w:spacing w:after="0"/>
            </w:pPr>
          </w:p>
          <w:p w14:paraId="6D9BADDE" w14:textId="2CAE73A2" w:rsidR="00FF3F52" w:rsidRDefault="00FF3F52" w:rsidP="00B017ED">
            <w:pPr>
              <w:spacing w:after="0"/>
            </w:pPr>
          </w:p>
        </w:tc>
      </w:tr>
      <w:tr w:rsidR="00EC1352" w14:paraId="7EAB1B10" w14:textId="77777777" w:rsidTr="00B017ED">
        <w:trPr>
          <w:trHeight w:val="311"/>
          <w:jc w:val="center"/>
        </w:trPr>
        <w:tc>
          <w:tcPr>
            <w:tcW w:w="10880" w:type="dxa"/>
            <w:gridSpan w:val="2"/>
            <w:shd w:val="clear" w:color="auto" w:fill="AFC6E9"/>
            <w:vAlign w:val="center"/>
          </w:tcPr>
          <w:p w14:paraId="66EBC9D7" w14:textId="6D25E800" w:rsidR="00EC1352" w:rsidRDefault="00EC1352" w:rsidP="00B017ED">
            <w:pPr>
              <w:spacing w:after="0"/>
              <w:jc w:val="center"/>
            </w:pPr>
            <w:r>
              <w:rPr>
                <w:b/>
              </w:rPr>
              <w:lastRenderedPageBreak/>
              <w:t>1</w:t>
            </w:r>
            <w:r w:rsidR="00FF3F52">
              <w:rPr>
                <w:b/>
              </w:rPr>
              <w:t>1</w:t>
            </w:r>
            <w:r>
              <w:rPr>
                <w:b/>
              </w:rPr>
              <w:t>. RESPONSÁVEIS PELO RELATÓRIO</w:t>
            </w:r>
          </w:p>
        </w:tc>
      </w:tr>
      <w:tr w:rsidR="00EC1352" w14:paraId="23C8FAF2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053A2C7A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>Professor(a)/</w:t>
            </w:r>
            <w:proofErr w:type="spellStart"/>
            <w:r>
              <w:rPr>
                <w:sz w:val="17"/>
              </w:rPr>
              <w:t>Educador</w:t>
            </w:r>
            <w:proofErr w:type="spellEnd"/>
            <w:r>
              <w:rPr>
                <w:sz w:val="17"/>
              </w:rPr>
              <w:t>(a) - Nome:</w:t>
            </w:r>
            <w:r>
              <w:rPr>
                <w:sz w:val="17"/>
              </w:rPr>
              <w:br/>
            </w:r>
          </w:p>
        </w:tc>
      </w:tr>
      <w:tr w:rsidR="00EC1352" w14:paraId="42521774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704FD959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>Cargo/</w:t>
            </w:r>
            <w:proofErr w:type="spellStart"/>
            <w:r>
              <w:rPr>
                <w:sz w:val="17"/>
              </w:rPr>
              <w:t>Função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</w:p>
        </w:tc>
      </w:tr>
      <w:tr w:rsidR="00EC1352" w14:paraId="48FFE59D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625A9B2D" w14:textId="77777777" w:rsidR="00EC1352" w:rsidRDefault="00EC1352" w:rsidP="00B017ED">
            <w:pPr>
              <w:spacing w:after="0"/>
            </w:pPr>
            <w:proofErr w:type="spellStart"/>
            <w:r>
              <w:rPr>
                <w:sz w:val="17"/>
              </w:rPr>
              <w:t>Coordenador</w:t>
            </w:r>
            <w:proofErr w:type="spellEnd"/>
            <w:r>
              <w:rPr>
                <w:sz w:val="17"/>
              </w:rPr>
              <w:t xml:space="preserve">(a) </w:t>
            </w:r>
            <w:proofErr w:type="spellStart"/>
            <w:r>
              <w:rPr>
                <w:sz w:val="17"/>
              </w:rPr>
              <w:t>Pedagógico</w:t>
            </w:r>
            <w:proofErr w:type="spellEnd"/>
            <w:r>
              <w:rPr>
                <w:sz w:val="17"/>
              </w:rPr>
              <w:t>(a) - Nome:</w:t>
            </w:r>
            <w:r>
              <w:rPr>
                <w:sz w:val="17"/>
              </w:rPr>
              <w:br/>
            </w:r>
          </w:p>
        </w:tc>
      </w:tr>
      <w:tr w:rsidR="00EC1352" w14:paraId="7578D1DB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1C1890D4" w14:textId="77777777" w:rsidR="00EC1352" w:rsidRDefault="00EC1352" w:rsidP="00B017ED">
            <w:pPr>
              <w:spacing w:after="0"/>
            </w:pPr>
            <w:proofErr w:type="spellStart"/>
            <w:r>
              <w:rPr>
                <w:sz w:val="17"/>
              </w:rPr>
              <w:t>Direção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Instituição</w:t>
            </w:r>
            <w:proofErr w:type="spellEnd"/>
            <w:r>
              <w:rPr>
                <w:sz w:val="17"/>
              </w:rPr>
              <w:t xml:space="preserve"> - Nome:</w:t>
            </w:r>
            <w:r>
              <w:rPr>
                <w:sz w:val="17"/>
              </w:rPr>
              <w:br/>
            </w:r>
          </w:p>
        </w:tc>
      </w:tr>
      <w:tr w:rsidR="00EC1352" w14:paraId="2212B237" w14:textId="77777777" w:rsidTr="00B017ED">
        <w:trPr>
          <w:trHeight w:val="408"/>
          <w:jc w:val="center"/>
        </w:trPr>
        <w:tc>
          <w:tcPr>
            <w:tcW w:w="10880" w:type="dxa"/>
            <w:gridSpan w:val="2"/>
            <w:vAlign w:val="center"/>
          </w:tcPr>
          <w:p w14:paraId="3717AB48" w14:textId="77777777" w:rsidR="00EC1352" w:rsidRDefault="00EC1352" w:rsidP="00B017ED">
            <w:pPr>
              <w:spacing w:after="0"/>
            </w:pPr>
            <w:r>
              <w:rPr>
                <w:sz w:val="17"/>
              </w:rPr>
              <w:t xml:space="preserve">Local e data: </w:t>
            </w:r>
            <w:proofErr w:type="spellStart"/>
            <w:r>
              <w:rPr>
                <w:sz w:val="17"/>
              </w:rPr>
              <w:t>Pompéu</w:t>
            </w:r>
            <w:proofErr w:type="spellEnd"/>
            <w:r>
              <w:rPr>
                <w:sz w:val="17"/>
              </w:rPr>
              <w:t xml:space="preserve">/MG, ______ de ______________________________ </w:t>
            </w:r>
            <w:proofErr w:type="spellStart"/>
            <w:r>
              <w:rPr>
                <w:sz w:val="17"/>
              </w:rPr>
              <w:t>de</w:t>
            </w:r>
            <w:proofErr w:type="spellEnd"/>
            <w:r>
              <w:rPr>
                <w:sz w:val="17"/>
              </w:rPr>
              <w:t xml:space="preserve"> 20____.</w:t>
            </w:r>
          </w:p>
        </w:tc>
      </w:tr>
      <w:tr w:rsidR="00EC1352" w14:paraId="6A2A4294" w14:textId="77777777" w:rsidTr="00B017ED">
        <w:trPr>
          <w:trHeight w:val="652"/>
          <w:jc w:val="center"/>
        </w:trPr>
        <w:tc>
          <w:tcPr>
            <w:tcW w:w="10880" w:type="dxa"/>
            <w:gridSpan w:val="2"/>
            <w:vAlign w:val="center"/>
          </w:tcPr>
          <w:p w14:paraId="424B9F47" w14:textId="13D28CF9" w:rsidR="00EC1352" w:rsidRDefault="00EC1352" w:rsidP="00B017ED">
            <w:pPr>
              <w:spacing w:after="0"/>
            </w:pPr>
            <w:proofErr w:type="spellStart"/>
            <w:r>
              <w:rPr>
                <w:sz w:val="17"/>
              </w:rPr>
              <w:t>Assinatura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carimbo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instituição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br/>
            </w:r>
          </w:p>
        </w:tc>
      </w:tr>
    </w:tbl>
    <w:p w14:paraId="2547945D" w14:textId="731F537B" w:rsidR="00EC1352" w:rsidRPr="00EC1352" w:rsidRDefault="00EC1352" w:rsidP="00EC1352">
      <w:pPr>
        <w:tabs>
          <w:tab w:val="left" w:pos="6060"/>
        </w:tabs>
      </w:pPr>
    </w:p>
    <w:sectPr w:rsidR="00EC1352" w:rsidRPr="00EC1352" w:rsidSect="00034616">
      <w:headerReference w:type="default" r:id="rId8"/>
      <w:footerReference w:type="default" r:id="rId9"/>
      <w:pgSz w:w="12240" w:h="15840"/>
      <w:pgMar w:top="397" w:right="850" w:bottom="39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50FE1" w14:textId="77777777" w:rsidR="008C676B" w:rsidRDefault="008C676B">
      <w:pPr>
        <w:spacing w:after="0" w:line="240" w:lineRule="auto"/>
      </w:pPr>
      <w:r>
        <w:separator/>
      </w:r>
    </w:p>
  </w:endnote>
  <w:endnote w:type="continuationSeparator" w:id="0">
    <w:p w14:paraId="135FCEC9" w14:textId="77777777" w:rsidR="008C676B" w:rsidRDefault="008C6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2B2B3" w14:textId="77777777" w:rsidR="004A3E9D" w:rsidRDefault="00B178A2">
    <w:pPr>
      <w:pStyle w:val="Rodap"/>
      <w:jc w:val="center"/>
    </w:pPr>
    <w:r>
      <w:rPr>
        <w:sz w:val="15"/>
      </w:rPr>
      <w:t xml:space="preserve">APAA – </w:t>
    </w:r>
    <w:proofErr w:type="spellStart"/>
    <w:r>
      <w:rPr>
        <w:sz w:val="15"/>
      </w:rPr>
      <w:t>Associação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Pompeana</w:t>
    </w:r>
    <w:proofErr w:type="spellEnd"/>
    <w:r>
      <w:rPr>
        <w:sz w:val="15"/>
      </w:rPr>
      <w:t xml:space="preserve"> dos </w:t>
    </w:r>
    <w:proofErr w:type="gramStart"/>
    <w:r>
      <w:rPr>
        <w:sz w:val="15"/>
      </w:rPr>
      <w:t>Amigos</w:t>
    </w:r>
    <w:proofErr w:type="gramEnd"/>
    <w:r>
      <w:rPr>
        <w:sz w:val="15"/>
      </w:rPr>
      <w:t xml:space="preserve"> dos </w:t>
    </w:r>
    <w:proofErr w:type="spellStart"/>
    <w:r>
      <w:rPr>
        <w:sz w:val="15"/>
      </w:rPr>
      <w:t>Autistas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Pompéu</w:t>
    </w:r>
    <w:proofErr w:type="spellEnd"/>
    <w:r>
      <w:rPr>
        <w:sz w:val="15"/>
      </w:rPr>
      <w:t>/MG</w:t>
    </w:r>
    <w:r>
      <w:rPr>
        <w:sz w:val="15"/>
      </w:rPr>
      <w:br/>
      <w:t>apaa.pompeu@gmail.com | caminhosdocuidar.apaa@gmail.com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B0E5C" w14:textId="77777777" w:rsidR="008C676B" w:rsidRDefault="008C676B">
      <w:pPr>
        <w:spacing w:after="0" w:line="240" w:lineRule="auto"/>
      </w:pPr>
      <w:r>
        <w:separator/>
      </w:r>
    </w:p>
  </w:footnote>
  <w:footnote w:type="continuationSeparator" w:id="0">
    <w:p w14:paraId="264D524F" w14:textId="77777777" w:rsidR="008C676B" w:rsidRDefault="008C6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834B2" w14:textId="2895DC88" w:rsidR="00EC1352" w:rsidRDefault="00EC1352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54A199" wp14:editId="2133A22F">
          <wp:simplePos x="0" y="0"/>
          <wp:positionH relativeFrom="margin">
            <wp:posOffset>-38100</wp:posOffset>
          </wp:positionH>
          <wp:positionV relativeFrom="paragraph">
            <wp:posOffset>-409575</wp:posOffset>
          </wp:positionV>
          <wp:extent cx="1943100" cy="97155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ADFCC12" wp14:editId="5EF680D6">
          <wp:simplePos x="0" y="0"/>
          <wp:positionH relativeFrom="margin">
            <wp:posOffset>5048250</wp:posOffset>
          </wp:positionH>
          <wp:positionV relativeFrom="paragraph">
            <wp:posOffset>-209550</wp:posOffset>
          </wp:positionV>
          <wp:extent cx="1701800" cy="633095"/>
          <wp:effectExtent l="0" t="0" r="0" b="0"/>
          <wp:wrapTight wrapText="bothSides">
            <wp:wrapPolygon edited="0">
              <wp:start x="0" y="0"/>
              <wp:lineTo x="0" y="20798"/>
              <wp:lineTo x="21278" y="20798"/>
              <wp:lineTo x="21278" y="0"/>
              <wp:lineTo x="0" y="0"/>
            </wp:wrapPolygon>
          </wp:wrapTight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paa_logo_fich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180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D02"/>
    <w:rsid w:val="0015074B"/>
    <w:rsid w:val="002564DB"/>
    <w:rsid w:val="0029639D"/>
    <w:rsid w:val="00326F90"/>
    <w:rsid w:val="004A3E9D"/>
    <w:rsid w:val="004D394F"/>
    <w:rsid w:val="0062181A"/>
    <w:rsid w:val="00691A34"/>
    <w:rsid w:val="008C676B"/>
    <w:rsid w:val="00900A0E"/>
    <w:rsid w:val="00AA1D8D"/>
    <w:rsid w:val="00B178A2"/>
    <w:rsid w:val="00B47730"/>
    <w:rsid w:val="00C62900"/>
    <w:rsid w:val="00CB0664"/>
    <w:rsid w:val="00EC1352"/>
    <w:rsid w:val="00FC693F"/>
    <w:rsid w:val="00FF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39442"/>
  <w14:defaultImageDpi w14:val="300"/>
  <w15:docId w15:val="{0AE738ED-FE50-4652-95E9-ABDED42D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256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797</Words>
  <Characters>4309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2026-09-15T19:56:00Z</dcterms:created>
  <dcterms:modified xsi:type="dcterms:W3CDTF">2026-09-24T20:49:00Z</dcterms:modified>
  <cp:category/>
</cp:coreProperties>
</file>