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png" ContentType="image/pn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B354B" w14:textId="6FE55A25" w:rsidR="00900A0E" w:rsidRDefault="00900A0E" w:rsidP="00900A0E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D14324" wp14:editId="72E5D964">
            <wp:simplePos x="0" y="0"/>
            <wp:positionH relativeFrom="column">
              <wp:posOffset>4994275</wp:posOffset>
            </wp:positionH>
            <wp:positionV relativeFrom="paragraph">
              <wp:posOffset>-4445</wp:posOffset>
            </wp:positionV>
            <wp:extent cx="1701800" cy="63309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aa_logo_ficha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633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51C890C" wp14:editId="7D48C619">
            <wp:simplePos x="0" y="0"/>
            <wp:positionH relativeFrom="column">
              <wp:posOffset>-82550</wp:posOffset>
            </wp:positionH>
            <wp:positionV relativeFrom="paragraph">
              <wp:posOffset>-118745</wp:posOffset>
            </wp:positionV>
            <wp:extent cx="1943100" cy="97155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F173AF" w14:textId="77777777" w:rsidR="0062181A" w:rsidRDefault="00900A0E" w:rsidP="0062181A">
      <w:pPr>
        <w:spacing w:after="0" w:line="240" w:lineRule="auto"/>
        <w:jc w:val="center"/>
        <w:rPr>
          <w:b/>
          <w:sz w:val="22"/>
        </w:rPr>
      </w:pPr>
      <w:r>
        <w:tab/>
      </w:r>
      <w:r>
        <w:br w:type="textWrapping" w:clear="all"/>
      </w:r>
    </w:p>
    <w:p w14:paraId="550BB37A" w14:textId="77777777" w:rsidR="00C62900" w:rsidRPr="00C62900" w:rsidRDefault="00C62900" w:rsidP="00C62900">
      <w:pPr>
        <w:spacing w:after="0" w:line="360" w:lineRule="auto"/>
        <w:jc w:val="center"/>
        <w:rPr>
          <w:sz w:val="22"/>
        </w:rPr>
      </w:pPr>
      <w:r w:rsidRPr="00C62900">
        <w:rPr>
          <w:b/>
          <w:sz w:val="22"/>
        </w:rPr>
        <w:t>PROJETO CAMINHOS DO CUIDAR</w:t>
      </w:r>
    </w:p>
    <w:p w14:paraId="3CF122AE" w14:textId="77777777" w:rsidR="00C62900" w:rsidRPr="00C62900" w:rsidRDefault="00C62900" w:rsidP="00C62900">
      <w:pPr>
        <w:spacing w:after="0" w:line="360" w:lineRule="auto"/>
        <w:jc w:val="center"/>
        <w:rPr>
          <w:sz w:val="22"/>
        </w:rPr>
      </w:pPr>
      <w:r w:rsidRPr="00C62900">
        <w:rPr>
          <w:b/>
          <w:sz w:val="22"/>
        </w:rPr>
        <w:t>TERMO DE CONSENTIMENTO E AUTORIZAÇÃO PARA PARTICIPAÇÃO</w:t>
      </w:r>
    </w:p>
    <w:tbl>
      <w:tblPr>
        <w:tblW w:w="0" w:type="auto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ook w:val="04A0" w:firstRow="1" w:lastRow="0" w:firstColumn="1" w:lastColumn="0" w:noHBand="0" w:noVBand="1"/>
      </w:tblPr>
      <w:tblGrid>
        <w:gridCol w:w="10524"/>
      </w:tblGrid>
      <w:tr w:rsidR="00C62900" w14:paraId="7A5ECB74" w14:textId="77777777" w:rsidTr="00B017ED">
        <w:trPr>
          <w:trHeight w:val="311"/>
          <w:jc w:val="center"/>
        </w:trPr>
        <w:tc>
          <w:tcPr>
            <w:tcW w:w="10652" w:type="dxa"/>
            <w:shd w:val="clear" w:color="auto" w:fill="B4C7E7"/>
            <w:vAlign w:val="center"/>
          </w:tcPr>
          <w:p w14:paraId="09CC36CB" w14:textId="77777777" w:rsidR="00C62900" w:rsidRDefault="00C62900" w:rsidP="00C62900">
            <w:pPr>
              <w:spacing w:after="0"/>
              <w:jc w:val="center"/>
            </w:pPr>
            <w:r>
              <w:rPr>
                <w:b/>
                <w:sz w:val="19"/>
              </w:rPr>
              <w:t>1. IDENTIFICAÇÃO DA CRIANÇA/ADOLESCENTE</w:t>
            </w:r>
          </w:p>
        </w:tc>
      </w:tr>
      <w:tr w:rsidR="00C62900" w14:paraId="7EB3CADA" w14:textId="77777777" w:rsidTr="00B017ED">
        <w:trPr>
          <w:trHeight w:val="351"/>
          <w:jc w:val="center"/>
        </w:trPr>
        <w:tc>
          <w:tcPr>
            <w:tcW w:w="10652" w:type="dxa"/>
            <w:vAlign w:val="center"/>
          </w:tcPr>
          <w:p w14:paraId="21B02CCF" w14:textId="77777777" w:rsidR="00C62900" w:rsidRDefault="00C62900" w:rsidP="00C62900">
            <w:pPr>
              <w:spacing w:after="0"/>
            </w:pPr>
            <w:r>
              <w:rPr>
                <w:b/>
                <w:sz w:val="17"/>
              </w:rPr>
              <w:t xml:space="preserve">Nome </w:t>
            </w:r>
            <w:proofErr w:type="spellStart"/>
            <w:r>
              <w:rPr>
                <w:b/>
                <w:sz w:val="17"/>
              </w:rPr>
              <w:t>completo</w:t>
            </w:r>
            <w:proofErr w:type="spellEnd"/>
            <w:r>
              <w:rPr>
                <w:b/>
                <w:sz w:val="17"/>
              </w:rPr>
              <w:t xml:space="preserve"> da </w:t>
            </w:r>
            <w:proofErr w:type="spellStart"/>
            <w:r>
              <w:rPr>
                <w:b/>
                <w:sz w:val="17"/>
              </w:rPr>
              <w:t>criança</w:t>
            </w:r>
            <w:proofErr w:type="spellEnd"/>
            <w:r>
              <w:rPr>
                <w:b/>
                <w:sz w:val="17"/>
              </w:rPr>
              <w:t>:</w:t>
            </w:r>
            <w:r>
              <w:br/>
            </w:r>
          </w:p>
        </w:tc>
      </w:tr>
      <w:tr w:rsidR="00C62900" w14:paraId="2CCE917E" w14:textId="77777777" w:rsidTr="00B017ED">
        <w:trPr>
          <w:trHeight w:val="351"/>
          <w:jc w:val="center"/>
        </w:trPr>
        <w:tc>
          <w:tcPr>
            <w:tcW w:w="10652" w:type="dxa"/>
            <w:vAlign w:val="center"/>
          </w:tcPr>
          <w:p w14:paraId="5279FC3D" w14:textId="77777777" w:rsidR="00C62900" w:rsidRDefault="00C62900" w:rsidP="00C62900">
            <w:pPr>
              <w:spacing w:after="0"/>
            </w:pPr>
            <w:r>
              <w:rPr>
                <w:b/>
                <w:sz w:val="17"/>
              </w:rPr>
              <w:t xml:space="preserve">Data de </w:t>
            </w:r>
            <w:proofErr w:type="spellStart"/>
            <w:r>
              <w:rPr>
                <w:b/>
                <w:sz w:val="17"/>
              </w:rPr>
              <w:t>nascimento</w:t>
            </w:r>
            <w:proofErr w:type="spellEnd"/>
            <w:r>
              <w:rPr>
                <w:b/>
                <w:sz w:val="17"/>
              </w:rPr>
              <w:t xml:space="preserve"> da </w:t>
            </w:r>
            <w:proofErr w:type="spellStart"/>
            <w:r>
              <w:rPr>
                <w:b/>
                <w:sz w:val="17"/>
              </w:rPr>
              <w:t>criança</w:t>
            </w:r>
            <w:proofErr w:type="spellEnd"/>
            <w:r>
              <w:rPr>
                <w:b/>
                <w:sz w:val="17"/>
              </w:rPr>
              <w:t>:</w:t>
            </w:r>
            <w:r>
              <w:br/>
            </w:r>
          </w:p>
        </w:tc>
      </w:tr>
      <w:tr w:rsidR="00C62900" w14:paraId="096243F2" w14:textId="77777777" w:rsidTr="00B017ED">
        <w:trPr>
          <w:trHeight w:val="351"/>
          <w:jc w:val="center"/>
        </w:trPr>
        <w:tc>
          <w:tcPr>
            <w:tcW w:w="10652" w:type="dxa"/>
            <w:vAlign w:val="center"/>
          </w:tcPr>
          <w:p w14:paraId="0BB066BE" w14:textId="77777777" w:rsidR="00C62900" w:rsidRDefault="00C62900" w:rsidP="00C62900">
            <w:pPr>
              <w:spacing w:after="0"/>
            </w:pPr>
            <w:r>
              <w:rPr>
                <w:b/>
                <w:sz w:val="17"/>
              </w:rPr>
              <w:t xml:space="preserve">Nome do </w:t>
            </w:r>
            <w:proofErr w:type="spellStart"/>
            <w:r>
              <w:rPr>
                <w:b/>
                <w:sz w:val="17"/>
              </w:rPr>
              <w:t>responsável</w:t>
            </w:r>
            <w:proofErr w:type="spellEnd"/>
            <w:r>
              <w:rPr>
                <w:b/>
                <w:sz w:val="17"/>
              </w:rPr>
              <w:t>:</w:t>
            </w:r>
            <w:r>
              <w:br/>
            </w:r>
          </w:p>
        </w:tc>
      </w:tr>
      <w:tr w:rsidR="00C62900" w14:paraId="254D1999" w14:textId="77777777" w:rsidTr="00B017ED">
        <w:trPr>
          <w:trHeight w:val="351"/>
          <w:jc w:val="center"/>
        </w:trPr>
        <w:tc>
          <w:tcPr>
            <w:tcW w:w="10652" w:type="dxa"/>
            <w:vAlign w:val="center"/>
          </w:tcPr>
          <w:p w14:paraId="19D541E1" w14:textId="77777777" w:rsidR="00C62900" w:rsidRDefault="00C62900" w:rsidP="00C62900">
            <w:pPr>
              <w:spacing w:after="0"/>
            </w:pPr>
            <w:r>
              <w:rPr>
                <w:b/>
                <w:sz w:val="17"/>
              </w:rPr>
              <w:t xml:space="preserve">CPF do </w:t>
            </w:r>
            <w:proofErr w:type="spellStart"/>
            <w:r>
              <w:rPr>
                <w:b/>
                <w:sz w:val="17"/>
              </w:rPr>
              <w:t>responsável</w:t>
            </w:r>
            <w:proofErr w:type="spellEnd"/>
            <w:r>
              <w:rPr>
                <w:b/>
                <w:sz w:val="17"/>
              </w:rPr>
              <w:t>:</w:t>
            </w:r>
            <w:r>
              <w:br/>
            </w:r>
          </w:p>
        </w:tc>
      </w:tr>
      <w:tr w:rsidR="00C62900" w14:paraId="223991B2" w14:textId="77777777" w:rsidTr="00B017ED">
        <w:trPr>
          <w:trHeight w:val="351"/>
          <w:jc w:val="center"/>
        </w:trPr>
        <w:tc>
          <w:tcPr>
            <w:tcW w:w="10652" w:type="dxa"/>
            <w:vAlign w:val="center"/>
          </w:tcPr>
          <w:p w14:paraId="19DBD9A7" w14:textId="77777777" w:rsidR="00C62900" w:rsidRDefault="00C62900" w:rsidP="00C62900">
            <w:pPr>
              <w:spacing w:after="0"/>
            </w:pPr>
            <w:proofErr w:type="spellStart"/>
            <w:r>
              <w:rPr>
                <w:b/>
                <w:sz w:val="17"/>
              </w:rPr>
              <w:t>Parentesco</w:t>
            </w:r>
            <w:proofErr w:type="spellEnd"/>
            <w:r>
              <w:rPr>
                <w:b/>
                <w:sz w:val="17"/>
              </w:rPr>
              <w:t>:</w:t>
            </w:r>
            <w:r>
              <w:rPr>
                <w:sz w:val="17"/>
              </w:rPr>
              <w:t xml:space="preserve"> ☐ Pai   ☐ </w:t>
            </w:r>
            <w:proofErr w:type="spellStart"/>
            <w:r>
              <w:rPr>
                <w:sz w:val="17"/>
              </w:rPr>
              <w:t>Mãe</w:t>
            </w:r>
            <w:proofErr w:type="spellEnd"/>
            <w:r>
              <w:rPr>
                <w:sz w:val="17"/>
              </w:rPr>
              <w:t xml:space="preserve">   ☐ </w:t>
            </w:r>
            <w:proofErr w:type="spellStart"/>
            <w:r>
              <w:rPr>
                <w:sz w:val="17"/>
              </w:rPr>
              <w:t>Responsável</w:t>
            </w:r>
            <w:proofErr w:type="spellEnd"/>
            <w:r>
              <w:rPr>
                <w:sz w:val="17"/>
              </w:rPr>
              <w:t xml:space="preserve"> legal</w:t>
            </w:r>
            <w:r>
              <w:br/>
            </w:r>
          </w:p>
        </w:tc>
      </w:tr>
      <w:tr w:rsidR="00C62900" w14:paraId="5EA95235" w14:textId="77777777" w:rsidTr="00B017ED">
        <w:trPr>
          <w:trHeight w:val="351"/>
          <w:jc w:val="center"/>
        </w:trPr>
        <w:tc>
          <w:tcPr>
            <w:tcW w:w="10652" w:type="dxa"/>
            <w:vAlign w:val="center"/>
          </w:tcPr>
          <w:p w14:paraId="15970BB8" w14:textId="77777777" w:rsidR="00C62900" w:rsidRDefault="00C62900" w:rsidP="00C62900">
            <w:pPr>
              <w:spacing w:after="0"/>
            </w:pPr>
            <w:proofErr w:type="spellStart"/>
            <w:r>
              <w:rPr>
                <w:b/>
                <w:sz w:val="17"/>
              </w:rPr>
              <w:t>Telefone</w:t>
            </w:r>
            <w:proofErr w:type="spellEnd"/>
            <w:r>
              <w:rPr>
                <w:b/>
                <w:sz w:val="17"/>
              </w:rPr>
              <w:t xml:space="preserve"> de </w:t>
            </w:r>
            <w:proofErr w:type="spellStart"/>
            <w:r>
              <w:rPr>
                <w:b/>
                <w:sz w:val="17"/>
              </w:rPr>
              <w:t>contato</w:t>
            </w:r>
            <w:proofErr w:type="spellEnd"/>
            <w:r>
              <w:rPr>
                <w:b/>
                <w:sz w:val="17"/>
              </w:rPr>
              <w:t>:</w:t>
            </w:r>
            <w:r>
              <w:br/>
            </w:r>
          </w:p>
        </w:tc>
      </w:tr>
      <w:tr w:rsidR="00C62900" w14:paraId="0A66A974" w14:textId="77777777" w:rsidTr="00B017ED">
        <w:trPr>
          <w:trHeight w:val="311"/>
          <w:jc w:val="center"/>
        </w:trPr>
        <w:tc>
          <w:tcPr>
            <w:tcW w:w="10652" w:type="dxa"/>
            <w:shd w:val="clear" w:color="auto" w:fill="B4C7E7"/>
            <w:vAlign w:val="center"/>
          </w:tcPr>
          <w:p w14:paraId="20C39638" w14:textId="77777777" w:rsidR="00C62900" w:rsidRDefault="00C62900" w:rsidP="00C62900">
            <w:pPr>
              <w:spacing w:after="0"/>
              <w:jc w:val="center"/>
            </w:pPr>
            <w:r>
              <w:rPr>
                <w:b/>
                <w:sz w:val="19"/>
              </w:rPr>
              <w:t>2. SOBRE O PROJETO CAMINHOS DO CUIDAR</w:t>
            </w:r>
          </w:p>
        </w:tc>
      </w:tr>
      <w:tr w:rsidR="00C62900" w14:paraId="7ABA981B" w14:textId="77777777" w:rsidTr="00B017ED">
        <w:trPr>
          <w:trHeight w:val="708"/>
          <w:jc w:val="center"/>
        </w:trPr>
        <w:tc>
          <w:tcPr>
            <w:tcW w:w="10652" w:type="dxa"/>
            <w:vAlign w:val="center"/>
          </w:tcPr>
          <w:p w14:paraId="1F7F8914" w14:textId="77777777" w:rsidR="00C62900" w:rsidRDefault="00C62900" w:rsidP="00C62900">
            <w:pPr>
              <w:spacing w:after="0"/>
            </w:pPr>
            <w:r>
              <w:rPr>
                <w:sz w:val="17"/>
              </w:rPr>
              <w:t xml:space="preserve">O </w:t>
            </w:r>
            <w:proofErr w:type="spellStart"/>
            <w:r>
              <w:rPr>
                <w:sz w:val="17"/>
              </w:rPr>
              <w:t>Projeto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Caminhos</w:t>
            </w:r>
            <w:proofErr w:type="spellEnd"/>
            <w:r>
              <w:rPr>
                <w:sz w:val="17"/>
              </w:rPr>
              <w:t xml:space="preserve"> do </w:t>
            </w:r>
            <w:proofErr w:type="spellStart"/>
            <w:r>
              <w:rPr>
                <w:sz w:val="17"/>
              </w:rPr>
              <w:t>Cuidar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desenvolvido</w:t>
            </w:r>
            <w:proofErr w:type="spellEnd"/>
            <w:r>
              <w:rPr>
                <w:sz w:val="17"/>
              </w:rPr>
              <w:t xml:space="preserve"> pela APAA, </w:t>
            </w:r>
            <w:proofErr w:type="spellStart"/>
            <w:r>
              <w:rPr>
                <w:sz w:val="17"/>
              </w:rPr>
              <w:t>tem</w:t>
            </w:r>
            <w:proofErr w:type="spellEnd"/>
            <w:r>
              <w:rPr>
                <w:sz w:val="17"/>
              </w:rPr>
              <w:t xml:space="preserve"> por </w:t>
            </w:r>
            <w:proofErr w:type="spellStart"/>
            <w:r>
              <w:rPr>
                <w:sz w:val="17"/>
              </w:rPr>
              <w:t>finalidade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favorecer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acesso</w:t>
            </w:r>
            <w:proofErr w:type="spellEnd"/>
            <w:r>
              <w:rPr>
                <w:sz w:val="17"/>
              </w:rPr>
              <w:t xml:space="preserve"> à </w:t>
            </w:r>
            <w:proofErr w:type="spellStart"/>
            <w:r>
              <w:rPr>
                <w:sz w:val="17"/>
              </w:rPr>
              <w:t>avaliação</w:t>
            </w:r>
            <w:proofErr w:type="spellEnd"/>
            <w:r>
              <w:rPr>
                <w:sz w:val="17"/>
              </w:rPr>
              <w:t xml:space="preserve"> e à </w:t>
            </w:r>
            <w:proofErr w:type="spellStart"/>
            <w:r>
              <w:rPr>
                <w:sz w:val="17"/>
              </w:rPr>
              <w:t>orientação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crianças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adolescentes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mediante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acolhimento</w:t>
            </w:r>
            <w:proofErr w:type="spellEnd"/>
            <w:r>
              <w:rPr>
                <w:sz w:val="17"/>
              </w:rPr>
              <w:t xml:space="preserve"> familiar, </w:t>
            </w:r>
            <w:proofErr w:type="spellStart"/>
            <w:r>
              <w:rPr>
                <w:sz w:val="17"/>
              </w:rPr>
              <w:t>avaliação</w:t>
            </w:r>
            <w:proofErr w:type="spellEnd"/>
            <w:r>
              <w:rPr>
                <w:sz w:val="17"/>
              </w:rPr>
              <w:t xml:space="preserve"> social, </w:t>
            </w:r>
            <w:proofErr w:type="spellStart"/>
            <w:r>
              <w:rPr>
                <w:sz w:val="17"/>
              </w:rPr>
              <w:t>avaliação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multiprofissional</w:t>
            </w:r>
            <w:proofErr w:type="spellEnd"/>
            <w:r>
              <w:rPr>
                <w:sz w:val="17"/>
              </w:rPr>
              <w:t xml:space="preserve"> e, </w:t>
            </w:r>
            <w:proofErr w:type="spellStart"/>
            <w:r>
              <w:rPr>
                <w:sz w:val="17"/>
              </w:rPr>
              <w:t>quando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necessários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encaminhamentos</w:t>
            </w:r>
            <w:proofErr w:type="spellEnd"/>
            <w:r>
              <w:rPr>
                <w:sz w:val="17"/>
              </w:rPr>
              <w:t xml:space="preserve"> à rede de </w:t>
            </w:r>
            <w:proofErr w:type="spellStart"/>
            <w:r>
              <w:rPr>
                <w:sz w:val="17"/>
              </w:rPr>
              <w:t>atendimento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C62900" w14:paraId="003887F9" w14:textId="77777777" w:rsidTr="00B017ED">
        <w:trPr>
          <w:trHeight w:val="311"/>
          <w:jc w:val="center"/>
        </w:trPr>
        <w:tc>
          <w:tcPr>
            <w:tcW w:w="10652" w:type="dxa"/>
            <w:shd w:val="clear" w:color="auto" w:fill="B4C7E7"/>
            <w:vAlign w:val="center"/>
          </w:tcPr>
          <w:p w14:paraId="636A4DD3" w14:textId="77777777" w:rsidR="00C62900" w:rsidRDefault="00C62900" w:rsidP="00C62900">
            <w:pPr>
              <w:spacing w:after="0"/>
              <w:jc w:val="center"/>
            </w:pPr>
            <w:r>
              <w:rPr>
                <w:b/>
                <w:sz w:val="19"/>
              </w:rPr>
              <w:t>3. CONSENTIMENTO PARA PARTICIPAÇÃO</w:t>
            </w:r>
          </w:p>
        </w:tc>
      </w:tr>
      <w:tr w:rsidR="00C62900" w14:paraId="0B75C602" w14:textId="77777777" w:rsidTr="00B017ED">
        <w:trPr>
          <w:trHeight w:val="765"/>
          <w:jc w:val="center"/>
        </w:trPr>
        <w:tc>
          <w:tcPr>
            <w:tcW w:w="10652" w:type="dxa"/>
            <w:vAlign w:val="center"/>
          </w:tcPr>
          <w:p w14:paraId="13C519A7" w14:textId="77777777" w:rsidR="00C62900" w:rsidRDefault="00C62900" w:rsidP="00C62900">
            <w:pPr>
              <w:spacing w:after="0"/>
            </w:pPr>
            <w:r>
              <w:rPr>
                <w:sz w:val="17"/>
              </w:rPr>
              <w:t xml:space="preserve">Declaro que </w:t>
            </w:r>
            <w:proofErr w:type="spellStart"/>
            <w:r>
              <w:rPr>
                <w:sz w:val="17"/>
              </w:rPr>
              <w:t>fui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informado</w:t>
            </w:r>
            <w:proofErr w:type="spellEnd"/>
            <w:r>
              <w:rPr>
                <w:sz w:val="17"/>
              </w:rPr>
              <w:t xml:space="preserve">(a) </w:t>
            </w:r>
            <w:proofErr w:type="spellStart"/>
            <w:r>
              <w:rPr>
                <w:sz w:val="17"/>
              </w:rPr>
              <w:t>sobre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objetivos</w:t>
            </w:r>
            <w:proofErr w:type="spellEnd"/>
            <w:r>
              <w:rPr>
                <w:sz w:val="17"/>
              </w:rPr>
              <w:t xml:space="preserve"> e o </w:t>
            </w:r>
            <w:proofErr w:type="spellStart"/>
            <w:r>
              <w:rPr>
                <w:sz w:val="17"/>
              </w:rPr>
              <w:t>funcionamento</w:t>
            </w:r>
            <w:proofErr w:type="spellEnd"/>
            <w:r>
              <w:rPr>
                <w:sz w:val="17"/>
              </w:rPr>
              <w:t xml:space="preserve"> do </w:t>
            </w:r>
            <w:proofErr w:type="spellStart"/>
            <w:r>
              <w:rPr>
                <w:sz w:val="17"/>
              </w:rPr>
              <w:t>Projeto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Caminhos</w:t>
            </w:r>
            <w:proofErr w:type="spellEnd"/>
            <w:r>
              <w:rPr>
                <w:sz w:val="17"/>
              </w:rPr>
              <w:t xml:space="preserve"> do </w:t>
            </w:r>
            <w:proofErr w:type="spellStart"/>
            <w:r>
              <w:rPr>
                <w:sz w:val="17"/>
              </w:rPr>
              <w:t>Cuidar</w:t>
            </w:r>
            <w:proofErr w:type="spellEnd"/>
            <w:r>
              <w:rPr>
                <w:sz w:val="17"/>
              </w:rPr>
              <w:t xml:space="preserve"> e AUTORIZO a </w:t>
            </w:r>
            <w:proofErr w:type="spellStart"/>
            <w:r>
              <w:rPr>
                <w:sz w:val="17"/>
              </w:rPr>
              <w:t>participação</w:t>
            </w:r>
            <w:proofErr w:type="spellEnd"/>
            <w:r>
              <w:rPr>
                <w:sz w:val="17"/>
              </w:rPr>
              <w:t xml:space="preserve"> da </w:t>
            </w:r>
            <w:proofErr w:type="spellStart"/>
            <w:r>
              <w:rPr>
                <w:sz w:val="17"/>
              </w:rPr>
              <w:t>criança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adolescente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acima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identificada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compreendendo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conforme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indicação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necessidade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acolhimento</w:t>
            </w:r>
            <w:proofErr w:type="spellEnd"/>
            <w:r>
              <w:rPr>
                <w:sz w:val="17"/>
              </w:rPr>
              <w:t xml:space="preserve"> familiar, </w:t>
            </w:r>
            <w:proofErr w:type="spellStart"/>
            <w:r>
              <w:rPr>
                <w:sz w:val="17"/>
              </w:rPr>
              <w:t>avaliação</w:t>
            </w:r>
            <w:proofErr w:type="spellEnd"/>
            <w:r>
              <w:rPr>
                <w:sz w:val="17"/>
              </w:rPr>
              <w:t xml:space="preserve"> social, </w:t>
            </w:r>
            <w:proofErr w:type="spellStart"/>
            <w:r>
              <w:rPr>
                <w:sz w:val="17"/>
              </w:rPr>
              <w:t>avaliação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multiprofissional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orientações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devolutivas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encaminhamentos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C62900" w14:paraId="09763A78" w14:textId="77777777" w:rsidTr="00B017ED">
        <w:trPr>
          <w:trHeight w:val="510"/>
          <w:jc w:val="center"/>
        </w:trPr>
        <w:tc>
          <w:tcPr>
            <w:tcW w:w="10652" w:type="dxa"/>
            <w:vAlign w:val="center"/>
          </w:tcPr>
          <w:p w14:paraId="4039EE42" w14:textId="77777777" w:rsidR="00C62900" w:rsidRDefault="00C62900" w:rsidP="00C62900">
            <w:pPr>
              <w:spacing w:after="0"/>
            </w:pPr>
            <w:proofErr w:type="spellStart"/>
            <w:r>
              <w:rPr>
                <w:sz w:val="17"/>
              </w:rPr>
              <w:t>Autorizo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instituição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ensino</w:t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a</w:t>
            </w:r>
            <w:proofErr w:type="gram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elaborar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encaminhar</w:t>
            </w:r>
            <w:proofErr w:type="spellEnd"/>
            <w:r>
              <w:rPr>
                <w:sz w:val="17"/>
              </w:rPr>
              <w:t xml:space="preserve"> à APAA a </w:t>
            </w:r>
            <w:proofErr w:type="spellStart"/>
            <w:r>
              <w:rPr>
                <w:sz w:val="17"/>
              </w:rPr>
              <w:t>ficha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encaminhamento</w:t>
            </w:r>
            <w:proofErr w:type="spellEnd"/>
            <w:r>
              <w:rPr>
                <w:sz w:val="17"/>
              </w:rPr>
              <w:t xml:space="preserve"> e o </w:t>
            </w:r>
            <w:proofErr w:type="spellStart"/>
            <w:r>
              <w:rPr>
                <w:sz w:val="17"/>
              </w:rPr>
              <w:t>relatório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pedagógico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contendo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informações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relevantes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observadas</w:t>
            </w:r>
            <w:proofErr w:type="spellEnd"/>
            <w:r>
              <w:rPr>
                <w:sz w:val="17"/>
              </w:rPr>
              <w:t xml:space="preserve"> no </w:t>
            </w:r>
            <w:proofErr w:type="spellStart"/>
            <w:r>
              <w:rPr>
                <w:sz w:val="17"/>
              </w:rPr>
              <w:t>ambiente</w:t>
            </w:r>
            <w:proofErr w:type="spellEnd"/>
            <w:r>
              <w:rPr>
                <w:sz w:val="17"/>
              </w:rPr>
              <w:t xml:space="preserve"> escolar.</w:t>
            </w:r>
          </w:p>
        </w:tc>
      </w:tr>
      <w:tr w:rsidR="00C62900" w14:paraId="00BD76BD" w14:textId="77777777" w:rsidTr="00B017ED">
        <w:trPr>
          <w:trHeight w:val="311"/>
          <w:jc w:val="center"/>
        </w:trPr>
        <w:tc>
          <w:tcPr>
            <w:tcW w:w="10652" w:type="dxa"/>
            <w:shd w:val="clear" w:color="auto" w:fill="B4C7E7"/>
            <w:vAlign w:val="center"/>
          </w:tcPr>
          <w:p w14:paraId="17ADC724" w14:textId="77777777" w:rsidR="00C62900" w:rsidRDefault="00C62900" w:rsidP="00C62900">
            <w:pPr>
              <w:spacing w:after="0"/>
              <w:jc w:val="center"/>
            </w:pPr>
            <w:r>
              <w:rPr>
                <w:b/>
                <w:sz w:val="19"/>
              </w:rPr>
              <w:t>4. TRATAMENTO E COMPARTILHAMENTO DE INFORMAÇÕES</w:t>
            </w:r>
          </w:p>
        </w:tc>
      </w:tr>
      <w:tr w:rsidR="00C62900" w14:paraId="10637161" w14:textId="77777777" w:rsidTr="00B017ED">
        <w:trPr>
          <w:trHeight w:val="737"/>
          <w:jc w:val="center"/>
        </w:trPr>
        <w:tc>
          <w:tcPr>
            <w:tcW w:w="10652" w:type="dxa"/>
            <w:vAlign w:val="center"/>
          </w:tcPr>
          <w:p w14:paraId="7F80EF26" w14:textId="77777777" w:rsidR="00C62900" w:rsidRDefault="00C62900" w:rsidP="00C62900">
            <w:pPr>
              <w:spacing w:after="0"/>
            </w:pPr>
            <w:proofErr w:type="spellStart"/>
            <w:r>
              <w:rPr>
                <w:sz w:val="17"/>
              </w:rPr>
              <w:t>Autorizo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tratamento</w:t>
            </w:r>
            <w:proofErr w:type="spellEnd"/>
            <w:r>
              <w:rPr>
                <w:sz w:val="17"/>
              </w:rPr>
              <w:t xml:space="preserve"> e o </w:t>
            </w:r>
            <w:proofErr w:type="spellStart"/>
            <w:r>
              <w:rPr>
                <w:sz w:val="17"/>
              </w:rPr>
              <w:t>compartilhamento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medida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necessária</w:t>
            </w:r>
            <w:proofErr w:type="spellEnd"/>
            <w:r>
              <w:rPr>
                <w:sz w:val="17"/>
              </w:rPr>
              <w:t xml:space="preserve"> à </w:t>
            </w:r>
            <w:proofErr w:type="spellStart"/>
            <w:r>
              <w:rPr>
                <w:sz w:val="17"/>
              </w:rPr>
              <w:t>execução</w:t>
            </w:r>
            <w:proofErr w:type="spellEnd"/>
            <w:r>
              <w:rPr>
                <w:sz w:val="17"/>
              </w:rPr>
              <w:t xml:space="preserve"> do </w:t>
            </w:r>
            <w:proofErr w:type="spellStart"/>
            <w:r>
              <w:rPr>
                <w:sz w:val="17"/>
              </w:rPr>
              <w:t>projeto</w:t>
            </w:r>
            <w:proofErr w:type="spellEnd"/>
            <w:r>
              <w:rPr>
                <w:sz w:val="17"/>
              </w:rPr>
              <w:t xml:space="preserve">, de dados </w:t>
            </w:r>
            <w:proofErr w:type="spellStart"/>
            <w:r>
              <w:rPr>
                <w:sz w:val="17"/>
              </w:rPr>
              <w:t>pessoais</w:t>
            </w:r>
            <w:proofErr w:type="spellEnd"/>
            <w:r>
              <w:rPr>
                <w:sz w:val="17"/>
              </w:rPr>
              <w:t xml:space="preserve"> e dados </w:t>
            </w:r>
            <w:proofErr w:type="spellStart"/>
            <w:r>
              <w:rPr>
                <w:sz w:val="17"/>
              </w:rPr>
              <w:t>pessoais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sensíveis</w:t>
            </w:r>
            <w:proofErr w:type="spellEnd"/>
            <w:r>
              <w:rPr>
                <w:sz w:val="17"/>
              </w:rPr>
              <w:t xml:space="preserve"> da </w:t>
            </w:r>
            <w:proofErr w:type="spellStart"/>
            <w:r>
              <w:rPr>
                <w:sz w:val="17"/>
              </w:rPr>
              <w:t>criança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adolescente</w:t>
            </w:r>
            <w:proofErr w:type="spellEnd"/>
            <w:r>
              <w:rPr>
                <w:sz w:val="17"/>
              </w:rPr>
              <w:t xml:space="preserve">, inclusive </w:t>
            </w:r>
            <w:proofErr w:type="spellStart"/>
            <w:r>
              <w:rPr>
                <w:sz w:val="17"/>
              </w:rPr>
              <w:t>informações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relativas</w:t>
            </w:r>
            <w:proofErr w:type="spellEnd"/>
            <w:r>
              <w:rPr>
                <w:sz w:val="17"/>
              </w:rPr>
              <w:t xml:space="preserve"> à </w:t>
            </w:r>
            <w:proofErr w:type="spellStart"/>
            <w:r>
              <w:rPr>
                <w:sz w:val="17"/>
              </w:rPr>
              <w:t>saúde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ao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desenvolvimento</w:t>
            </w:r>
            <w:proofErr w:type="spellEnd"/>
            <w:r>
              <w:rPr>
                <w:sz w:val="17"/>
              </w:rPr>
              <w:t xml:space="preserve">, entre a </w:t>
            </w:r>
            <w:proofErr w:type="spellStart"/>
            <w:r>
              <w:rPr>
                <w:sz w:val="17"/>
              </w:rPr>
              <w:t>família</w:t>
            </w:r>
            <w:proofErr w:type="spellEnd"/>
            <w:r>
              <w:rPr>
                <w:sz w:val="17"/>
              </w:rPr>
              <w:t xml:space="preserve">, </w:t>
            </w:r>
            <w:proofErr w:type="gramStart"/>
            <w:r>
              <w:rPr>
                <w:sz w:val="17"/>
              </w:rPr>
              <w:t>a</w:t>
            </w:r>
            <w:proofErr w:type="gram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instituição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ensino</w:t>
            </w:r>
            <w:proofErr w:type="spellEnd"/>
            <w:r>
              <w:rPr>
                <w:sz w:val="17"/>
              </w:rPr>
              <w:t xml:space="preserve">, a APAA e </w:t>
            </w:r>
            <w:proofErr w:type="spellStart"/>
            <w:r>
              <w:rPr>
                <w:sz w:val="17"/>
              </w:rPr>
              <w:t>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profissionais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envolvidos</w:t>
            </w:r>
            <w:proofErr w:type="spellEnd"/>
            <w:r>
              <w:rPr>
                <w:sz w:val="17"/>
              </w:rPr>
              <w:t xml:space="preserve"> no </w:t>
            </w:r>
            <w:proofErr w:type="spellStart"/>
            <w:r>
              <w:rPr>
                <w:sz w:val="17"/>
              </w:rPr>
              <w:t>atendimento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C62900" w14:paraId="1955A20C" w14:textId="77777777" w:rsidTr="00B017ED">
        <w:trPr>
          <w:trHeight w:val="510"/>
          <w:jc w:val="center"/>
        </w:trPr>
        <w:tc>
          <w:tcPr>
            <w:tcW w:w="10652" w:type="dxa"/>
            <w:vAlign w:val="center"/>
          </w:tcPr>
          <w:p w14:paraId="52015CE5" w14:textId="77777777" w:rsidR="00C62900" w:rsidRDefault="00C62900" w:rsidP="00C62900">
            <w:pPr>
              <w:spacing w:after="0"/>
            </w:pPr>
            <w:r>
              <w:rPr>
                <w:sz w:val="17"/>
              </w:rPr>
              <w:t xml:space="preserve">As </w:t>
            </w:r>
            <w:proofErr w:type="spellStart"/>
            <w:r>
              <w:rPr>
                <w:sz w:val="17"/>
              </w:rPr>
              <w:t>informações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serão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utilizadas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exclusivamente</w:t>
            </w:r>
            <w:proofErr w:type="spellEnd"/>
            <w:r>
              <w:rPr>
                <w:sz w:val="17"/>
              </w:rPr>
              <w:t xml:space="preserve"> para as </w:t>
            </w:r>
            <w:proofErr w:type="spellStart"/>
            <w:r>
              <w:rPr>
                <w:sz w:val="17"/>
              </w:rPr>
              <w:t>finalidades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relacionadas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Projeto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Caminhos</w:t>
            </w:r>
            <w:proofErr w:type="spellEnd"/>
            <w:r>
              <w:rPr>
                <w:sz w:val="17"/>
              </w:rPr>
              <w:t xml:space="preserve"> do </w:t>
            </w:r>
            <w:proofErr w:type="spellStart"/>
            <w:r>
              <w:rPr>
                <w:sz w:val="17"/>
              </w:rPr>
              <w:t>Cuidar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observados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confidencialidade</w:t>
            </w:r>
            <w:proofErr w:type="spellEnd"/>
            <w:r>
              <w:rPr>
                <w:sz w:val="17"/>
              </w:rPr>
              <w:t xml:space="preserve">, a </w:t>
            </w:r>
            <w:proofErr w:type="spellStart"/>
            <w:r>
              <w:rPr>
                <w:sz w:val="17"/>
              </w:rPr>
              <w:t>privacidade</w:t>
            </w:r>
            <w:proofErr w:type="spellEnd"/>
            <w:r>
              <w:rPr>
                <w:sz w:val="17"/>
              </w:rPr>
              <w:t xml:space="preserve">, a </w:t>
            </w:r>
            <w:proofErr w:type="spellStart"/>
            <w:r>
              <w:rPr>
                <w:sz w:val="17"/>
              </w:rPr>
              <w:t>dignidade</w:t>
            </w:r>
            <w:proofErr w:type="spellEnd"/>
            <w:r>
              <w:rPr>
                <w:sz w:val="17"/>
              </w:rPr>
              <w:t xml:space="preserve"> e o </w:t>
            </w:r>
            <w:proofErr w:type="spellStart"/>
            <w:r>
              <w:rPr>
                <w:sz w:val="17"/>
              </w:rPr>
              <w:t>melhor</w:t>
            </w:r>
            <w:proofErr w:type="spellEnd"/>
            <w:r>
              <w:rPr>
                <w:sz w:val="17"/>
              </w:rPr>
              <w:t xml:space="preserve"> interesse da </w:t>
            </w:r>
            <w:proofErr w:type="spellStart"/>
            <w:r>
              <w:rPr>
                <w:sz w:val="17"/>
              </w:rPr>
              <w:t>criança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adolescente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C62900" w14:paraId="13EFD816" w14:textId="77777777" w:rsidTr="00B017ED">
        <w:trPr>
          <w:trHeight w:val="311"/>
          <w:jc w:val="center"/>
        </w:trPr>
        <w:tc>
          <w:tcPr>
            <w:tcW w:w="10652" w:type="dxa"/>
            <w:shd w:val="clear" w:color="auto" w:fill="B4C7E7"/>
            <w:vAlign w:val="center"/>
          </w:tcPr>
          <w:p w14:paraId="05366C92" w14:textId="77777777" w:rsidR="00C62900" w:rsidRDefault="00C62900" w:rsidP="00C62900">
            <w:pPr>
              <w:spacing w:after="0"/>
              <w:jc w:val="center"/>
            </w:pPr>
            <w:r>
              <w:rPr>
                <w:b/>
                <w:sz w:val="19"/>
              </w:rPr>
              <w:t>5. AUTORIZAÇÃO DE USO DE IMAGEM – FACULTATIVA</w:t>
            </w:r>
          </w:p>
        </w:tc>
      </w:tr>
      <w:tr w:rsidR="00C62900" w14:paraId="32547F79" w14:textId="77777777" w:rsidTr="00B017ED">
        <w:trPr>
          <w:trHeight w:val="453"/>
          <w:jc w:val="center"/>
        </w:trPr>
        <w:tc>
          <w:tcPr>
            <w:tcW w:w="10652" w:type="dxa"/>
            <w:vAlign w:val="center"/>
          </w:tcPr>
          <w:p w14:paraId="73417C8F" w14:textId="77777777" w:rsidR="00C62900" w:rsidRDefault="00C62900" w:rsidP="00C62900">
            <w:pPr>
              <w:spacing w:after="0"/>
            </w:pPr>
            <w:proofErr w:type="gramStart"/>
            <w:r>
              <w:rPr>
                <w:b/>
                <w:sz w:val="17"/>
              </w:rPr>
              <w:t>A</w:t>
            </w:r>
            <w:proofErr w:type="gram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autorização</w:t>
            </w:r>
            <w:proofErr w:type="spellEnd"/>
            <w:r>
              <w:rPr>
                <w:b/>
                <w:sz w:val="17"/>
              </w:rPr>
              <w:t xml:space="preserve"> de </w:t>
            </w:r>
            <w:proofErr w:type="spellStart"/>
            <w:r>
              <w:rPr>
                <w:b/>
                <w:sz w:val="17"/>
              </w:rPr>
              <w:t>imagem</w:t>
            </w:r>
            <w:proofErr w:type="spellEnd"/>
            <w:r>
              <w:rPr>
                <w:b/>
                <w:sz w:val="17"/>
              </w:rPr>
              <w:t xml:space="preserve"> é </w:t>
            </w:r>
            <w:proofErr w:type="spellStart"/>
            <w:r>
              <w:rPr>
                <w:b/>
                <w:sz w:val="17"/>
              </w:rPr>
              <w:t>independente</w:t>
            </w:r>
            <w:proofErr w:type="spellEnd"/>
            <w:r>
              <w:rPr>
                <w:b/>
                <w:sz w:val="17"/>
              </w:rPr>
              <w:t xml:space="preserve"> da </w:t>
            </w:r>
            <w:proofErr w:type="spellStart"/>
            <w:r>
              <w:rPr>
                <w:b/>
                <w:sz w:val="17"/>
              </w:rPr>
              <w:t>participação</w:t>
            </w:r>
            <w:proofErr w:type="spellEnd"/>
            <w:r>
              <w:rPr>
                <w:b/>
                <w:sz w:val="17"/>
              </w:rPr>
              <w:t xml:space="preserve"> no </w:t>
            </w:r>
            <w:proofErr w:type="spellStart"/>
            <w:r>
              <w:rPr>
                <w:b/>
                <w:sz w:val="17"/>
              </w:rPr>
              <w:t>projeto</w:t>
            </w:r>
            <w:proofErr w:type="spellEnd"/>
            <w:r>
              <w:rPr>
                <w:b/>
                <w:sz w:val="17"/>
              </w:rPr>
              <w:t xml:space="preserve">. </w:t>
            </w:r>
            <w:proofErr w:type="gramStart"/>
            <w:r>
              <w:rPr>
                <w:b/>
                <w:sz w:val="17"/>
              </w:rPr>
              <w:t>A</w:t>
            </w:r>
            <w:proofErr w:type="gram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opção</w:t>
            </w:r>
            <w:proofErr w:type="spellEnd"/>
            <w:r>
              <w:rPr>
                <w:b/>
                <w:sz w:val="17"/>
              </w:rPr>
              <w:t xml:space="preserve"> por NÃO AUTORIZAR </w:t>
            </w:r>
            <w:proofErr w:type="spellStart"/>
            <w:r>
              <w:rPr>
                <w:b/>
                <w:sz w:val="17"/>
              </w:rPr>
              <w:t>não</w:t>
            </w:r>
            <w:proofErr w:type="spellEnd"/>
            <w:r>
              <w:rPr>
                <w:b/>
                <w:sz w:val="17"/>
              </w:rPr>
              <w:t xml:space="preserve"> impede </w:t>
            </w:r>
            <w:proofErr w:type="spellStart"/>
            <w:r>
              <w:rPr>
                <w:b/>
                <w:sz w:val="17"/>
              </w:rPr>
              <w:t>nem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restringe</w:t>
            </w:r>
            <w:proofErr w:type="spellEnd"/>
            <w:r>
              <w:rPr>
                <w:b/>
                <w:sz w:val="17"/>
              </w:rPr>
              <w:t xml:space="preserve"> o </w:t>
            </w:r>
            <w:proofErr w:type="spellStart"/>
            <w:r>
              <w:rPr>
                <w:b/>
                <w:sz w:val="17"/>
              </w:rPr>
              <w:t>atendimento</w:t>
            </w:r>
            <w:proofErr w:type="spellEnd"/>
            <w:r>
              <w:rPr>
                <w:b/>
                <w:sz w:val="17"/>
              </w:rPr>
              <w:t xml:space="preserve"> da </w:t>
            </w:r>
            <w:proofErr w:type="spellStart"/>
            <w:r>
              <w:rPr>
                <w:b/>
                <w:sz w:val="17"/>
              </w:rPr>
              <w:t>criança</w:t>
            </w:r>
            <w:proofErr w:type="spellEnd"/>
            <w:r>
              <w:rPr>
                <w:b/>
                <w:sz w:val="17"/>
              </w:rPr>
              <w:t>/</w:t>
            </w:r>
            <w:proofErr w:type="spellStart"/>
            <w:r>
              <w:rPr>
                <w:b/>
                <w:sz w:val="17"/>
              </w:rPr>
              <w:t>adolescente</w:t>
            </w:r>
            <w:proofErr w:type="spellEnd"/>
            <w:r>
              <w:rPr>
                <w:b/>
                <w:sz w:val="17"/>
              </w:rPr>
              <w:t>.</w:t>
            </w:r>
          </w:p>
        </w:tc>
      </w:tr>
      <w:tr w:rsidR="00C62900" w14:paraId="33FD5E79" w14:textId="77777777" w:rsidTr="00B017ED">
        <w:trPr>
          <w:trHeight w:val="708"/>
          <w:jc w:val="center"/>
        </w:trPr>
        <w:tc>
          <w:tcPr>
            <w:tcW w:w="10652" w:type="dxa"/>
            <w:vAlign w:val="center"/>
          </w:tcPr>
          <w:p w14:paraId="6EAB12CE" w14:textId="77777777" w:rsidR="00C62900" w:rsidRDefault="00C62900" w:rsidP="00C62900">
            <w:pPr>
              <w:spacing w:after="0"/>
            </w:pPr>
            <w:r>
              <w:rPr>
                <w:sz w:val="17"/>
              </w:rPr>
              <w:t>A) REGISTRO DO PROJETO E PRESTAÇÃO DE CONTAS</w:t>
            </w:r>
            <w:r>
              <w:rPr>
                <w:sz w:val="17"/>
              </w:rPr>
              <w:br/>
              <w:t xml:space="preserve">☐ AUTORIZO     ☐ NÃO AUTORIZO a </w:t>
            </w:r>
            <w:proofErr w:type="spellStart"/>
            <w:r>
              <w:rPr>
                <w:sz w:val="17"/>
              </w:rPr>
              <w:t>utilização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fotografias</w:t>
            </w:r>
            <w:proofErr w:type="spellEnd"/>
            <w:r>
              <w:rPr>
                <w:sz w:val="17"/>
              </w:rPr>
              <w:t xml:space="preserve"> e imagens para </w:t>
            </w:r>
            <w:proofErr w:type="spellStart"/>
            <w:r>
              <w:rPr>
                <w:sz w:val="17"/>
              </w:rPr>
              <w:t>registro</w:t>
            </w:r>
            <w:proofErr w:type="spellEnd"/>
            <w:r>
              <w:rPr>
                <w:sz w:val="17"/>
              </w:rPr>
              <w:t xml:space="preserve"> das </w:t>
            </w:r>
            <w:proofErr w:type="spellStart"/>
            <w:r>
              <w:rPr>
                <w:sz w:val="17"/>
              </w:rPr>
              <w:t>atividades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comprovação</w:t>
            </w:r>
            <w:proofErr w:type="spellEnd"/>
            <w:r>
              <w:rPr>
                <w:sz w:val="17"/>
              </w:rPr>
              <w:t xml:space="preserve"> da </w:t>
            </w:r>
            <w:proofErr w:type="spellStart"/>
            <w:r>
              <w:rPr>
                <w:sz w:val="17"/>
              </w:rPr>
              <w:t>execução</w:t>
            </w:r>
            <w:proofErr w:type="spellEnd"/>
            <w:r>
              <w:rPr>
                <w:sz w:val="17"/>
              </w:rPr>
              <w:t xml:space="preserve"> do </w:t>
            </w:r>
            <w:proofErr w:type="spellStart"/>
            <w:r>
              <w:rPr>
                <w:sz w:val="17"/>
              </w:rPr>
              <w:t>projeto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prestação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contas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órgãos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entidades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financiadoras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C62900" w14:paraId="120BD4E3" w14:textId="77777777" w:rsidTr="00B017ED">
        <w:trPr>
          <w:trHeight w:val="765"/>
          <w:jc w:val="center"/>
        </w:trPr>
        <w:tc>
          <w:tcPr>
            <w:tcW w:w="10652" w:type="dxa"/>
            <w:vAlign w:val="center"/>
          </w:tcPr>
          <w:p w14:paraId="1A1E28B1" w14:textId="77777777" w:rsidR="00C62900" w:rsidRDefault="00C62900" w:rsidP="00C62900">
            <w:pPr>
              <w:spacing w:after="0"/>
            </w:pPr>
            <w:r>
              <w:rPr>
                <w:sz w:val="17"/>
              </w:rPr>
              <w:t>B) DIVULGAÇÃO INSTITUCIONAL</w:t>
            </w:r>
            <w:r>
              <w:rPr>
                <w:sz w:val="17"/>
              </w:rPr>
              <w:br/>
              <w:t xml:space="preserve">☐ AUTORIZO     ☐ NÃO AUTORIZO a </w:t>
            </w:r>
            <w:proofErr w:type="spellStart"/>
            <w:r>
              <w:rPr>
                <w:sz w:val="17"/>
              </w:rPr>
              <w:t>utilização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fotografias</w:t>
            </w:r>
            <w:proofErr w:type="spellEnd"/>
            <w:r>
              <w:rPr>
                <w:sz w:val="17"/>
              </w:rPr>
              <w:t xml:space="preserve"> e imagens </w:t>
            </w:r>
            <w:proofErr w:type="spellStart"/>
            <w:r>
              <w:rPr>
                <w:sz w:val="17"/>
              </w:rPr>
              <w:t>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materiais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institucionais</w:t>
            </w:r>
            <w:proofErr w:type="spellEnd"/>
            <w:r>
              <w:rPr>
                <w:sz w:val="17"/>
              </w:rPr>
              <w:t xml:space="preserve"> da APAA </w:t>
            </w:r>
            <w:proofErr w:type="spellStart"/>
            <w:r>
              <w:rPr>
                <w:sz w:val="17"/>
              </w:rPr>
              <w:t>relacionados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Projeto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Caminhos</w:t>
            </w:r>
            <w:proofErr w:type="spellEnd"/>
            <w:r>
              <w:rPr>
                <w:sz w:val="17"/>
              </w:rPr>
              <w:t xml:space="preserve"> do </w:t>
            </w:r>
            <w:proofErr w:type="spellStart"/>
            <w:r>
              <w:rPr>
                <w:sz w:val="17"/>
              </w:rPr>
              <w:t>Cuidar</w:t>
            </w:r>
            <w:proofErr w:type="spellEnd"/>
            <w:r>
              <w:rPr>
                <w:sz w:val="17"/>
              </w:rPr>
              <w:t xml:space="preserve">, inclusive site e redes </w:t>
            </w:r>
            <w:proofErr w:type="spellStart"/>
            <w:r>
              <w:rPr>
                <w:sz w:val="17"/>
              </w:rPr>
              <w:t>sociais</w:t>
            </w:r>
            <w:proofErr w:type="spellEnd"/>
            <w:r>
              <w:rPr>
                <w:sz w:val="17"/>
              </w:rPr>
              <w:t xml:space="preserve">, de forma </w:t>
            </w:r>
            <w:proofErr w:type="spellStart"/>
            <w:r>
              <w:rPr>
                <w:sz w:val="17"/>
              </w:rPr>
              <w:t>respeitosa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compatível</w:t>
            </w:r>
            <w:proofErr w:type="spellEnd"/>
            <w:r>
              <w:rPr>
                <w:sz w:val="17"/>
              </w:rPr>
              <w:t xml:space="preserve"> com a </w:t>
            </w:r>
            <w:proofErr w:type="spellStart"/>
            <w:r>
              <w:rPr>
                <w:sz w:val="17"/>
              </w:rPr>
              <w:t>dignidade</w:t>
            </w:r>
            <w:proofErr w:type="spellEnd"/>
            <w:r>
              <w:rPr>
                <w:sz w:val="17"/>
              </w:rPr>
              <w:t xml:space="preserve"> da </w:t>
            </w:r>
            <w:proofErr w:type="spellStart"/>
            <w:r>
              <w:rPr>
                <w:sz w:val="17"/>
              </w:rPr>
              <w:t>criança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adolescente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C62900" w14:paraId="7DBC173C" w14:textId="77777777" w:rsidTr="00B017ED">
        <w:trPr>
          <w:trHeight w:val="311"/>
          <w:jc w:val="center"/>
        </w:trPr>
        <w:tc>
          <w:tcPr>
            <w:tcW w:w="10652" w:type="dxa"/>
            <w:shd w:val="clear" w:color="auto" w:fill="B4C7E7"/>
            <w:vAlign w:val="center"/>
          </w:tcPr>
          <w:p w14:paraId="6AF2BFFC" w14:textId="77777777" w:rsidR="00C62900" w:rsidRDefault="00C62900" w:rsidP="00C62900">
            <w:pPr>
              <w:spacing w:after="0"/>
              <w:jc w:val="center"/>
            </w:pPr>
            <w:r>
              <w:rPr>
                <w:b/>
                <w:sz w:val="19"/>
              </w:rPr>
              <w:t>6. DECLARAÇÃO DO RESPONSÁVEL</w:t>
            </w:r>
          </w:p>
        </w:tc>
      </w:tr>
      <w:tr w:rsidR="00C62900" w14:paraId="757B1A54" w14:textId="77777777" w:rsidTr="00B017ED">
        <w:trPr>
          <w:trHeight w:val="708"/>
          <w:jc w:val="center"/>
        </w:trPr>
        <w:tc>
          <w:tcPr>
            <w:tcW w:w="10652" w:type="dxa"/>
            <w:vAlign w:val="center"/>
          </w:tcPr>
          <w:p w14:paraId="33D46032" w14:textId="77777777" w:rsidR="00C62900" w:rsidRDefault="00C62900" w:rsidP="00C62900">
            <w:pPr>
              <w:spacing w:after="0"/>
            </w:pPr>
            <w:r>
              <w:rPr>
                <w:sz w:val="17"/>
              </w:rPr>
              <w:t xml:space="preserve">Declaro que </w:t>
            </w:r>
            <w:proofErr w:type="spellStart"/>
            <w:r>
              <w:rPr>
                <w:sz w:val="17"/>
              </w:rPr>
              <w:t>recebi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informações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sobre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projeto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tive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oportunidade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esclarecer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dúvidas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estou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ciente</w:t>
            </w:r>
            <w:proofErr w:type="spellEnd"/>
            <w:r>
              <w:rPr>
                <w:sz w:val="17"/>
              </w:rPr>
              <w:t xml:space="preserve"> de que a </w:t>
            </w:r>
            <w:proofErr w:type="spellStart"/>
            <w:r>
              <w:rPr>
                <w:sz w:val="17"/>
              </w:rPr>
              <w:t>participação</w:t>
            </w:r>
            <w:proofErr w:type="spellEnd"/>
            <w:r>
              <w:rPr>
                <w:sz w:val="17"/>
              </w:rPr>
              <w:t xml:space="preserve"> é </w:t>
            </w:r>
            <w:proofErr w:type="spellStart"/>
            <w:r>
              <w:rPr>
                <w:sz w:val="17"/>
              </w:rPr>
              <w:t>voluntária</w:t>
            </w:r>
            <w:proofErr w:type="spellEnd"/>
            <w:r>
              <w:rPr>
                <w:sz w:val="17"/>
              </w:rPr>
              <w:t xml:space="preserve">. O </w:t>
            </w:r>
            <w:proofErr w:type="spellStart"/>
            <w:r>
              <w:rPr>
                <w:sz w:val="17"/>
              </w:rPr>
              <w:t>consentimento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poderá</w:t>
            </w:r>
            <w:proofErr w:type="spellEnd"/>
            <w:r>
              <w:rPr>
                <w:sz w:val="17"/>
              </w:rPr>
              <w:t xml:space="preserve"> ser </w:t>
            </w:r>
            <w:proofErr w:type="spellStart"/>
            <w:r>
              <w:rPr>
                <w:sz w:val="17"/>
              </w:rPr>
              <w:t>revogado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mediante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solicitação</w:t>
            </w:r>
            <w:proofErr w:type="spellEnd"/>
            <w:r>
              <w:rPr>
                <w:sz w:val="17"/>
              </w:rPr>
              <w:t xml:space="preserve"> à APAA, </w:t>
            </w:r>
            <w:proofErr w:type="spellStart"/>
            <w:r>
              <w:rPr>
                <w:sz w:val="17"/>
              </w:rPr>
              <w:t>sem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prejuízo</w:t>
            </w:r>
            <w:proofErr w:type="spellEnd"/>
            <w:r>
              <w:rPr>
                <w:sz w:val="17"/>
              </w:rPr>
              <w:t xml:space="preserve"> dos </w:t>
            </w:r>
            <w:proofErr w:type="spellStart"/>
            <w:r>
              <w:rPr>
                <w:sz w:val="17"/>
              </w:rPr>
              <w:t>tratamentos</w:t>
            </w:r>
            <w:proofErr w:type="spellEnd"/>
            <w:r>
              <w:rPr>
                <w:sz w:val="17"/>
              </w:rPr>
              <w:t xml:space="preserve"> de dados </w:t>
            </w:r>
            <w:proofErr w:type="spellStart"/>
            <w:r>
              <w:rPr>
                <w:sz w:val="17"/>
              </w:rPr>
              <w:t>já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realizados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legitimamente</w:t>
            </w:r>
            <w:proofErr w:type="spellEnd"/>
            <w:r>
              <w:rPr>
                <w:sz w:val="17"/>
              </w:rPr>
              <w:t xml:space="preserve"> e das </w:t>
            </w:r>
            <w:proofErr w:type="spellStart"/>
            <w:r>
              <w:rPr>
                <w:sz w:val="17"/>
              </w:rPr>
              <w:t>obrigações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legais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guarda</w:t>
            </w:r>
            <w:proofErr w:type="spellEnd"/>
            <w:r>
              <w:rPr>
                <w:sz w:val="17"/>
              </w:rPr>
              <w:t xml:space="preserve"> documental.</w:t>
            </w:r>
          </w:p>
        </w:tc>
      </w:tr>
      <w:tr w:rsidR="00C62900" w14:paraId="44BF761B" w14:textId="77777777" w:rsidTr="00B017ED">
        <w:trPr>
          <w:trHeight w:val="510"/>
          <w:jc w:val="center"/>
        </w:trPr>
        <w:tc>
          <w:tcPr>
            <w:tcW w:w="10652" w:type="dxa"/>
            <w:vAlign w:val="center"/>
          </w:tcPr>
          <w:p w14:paraId="0EAE0340" w14:textId="77777777" w:rsidR="00C62900" w:rsidRDefault="00C62900" w:rsidP="00C62900">
            <w:pPr>
              <w:spacing w:after="0"/>
            </w:pPr>
            <w:r>
              <w:rPr>
                <w:b/>
                <w:sz w:val="17"/>
              </w:rPr>
              <w:t>Local e data</w:t>
            </w:r>
            <w:r>
              <w:br/>
            </w:r>
            <w:proofErr w:type="spellStart"/>
            <w:r>
              <w:t>Pompéu</w:t>
            </w:r>
            <w:proofErr w:type="spellEnd"/>
            <w:r>
              <w:t xml:space="preserve">/MG, ______ de ______________________________ </w:t>
            </w:r>
            <w:proofErr w:type="spellStart"/>
            <w:r>
              <w:t>de</w:t>
            </w:r>
            <w:proofErr w:type="spellEnd"/>
            <w:r>
              <w:t xml:space="preserve"> 20____.</w:t>
            </w:r>
          </w:p>
        </w:tc>
      </w:tr>
      <w:tr w:rsidR="00C62900" w14:paraId="51D51C2C" w14:textId="77777777" w:rsidTr="00B017ED">
        <w:trPr>
          <w:trHeight w:val="708"/>
          <w:jc w:val="center"/>
        </w:trPr>
        <w:tc>
          <w:tcPr>
            <w:tcW w:w="10652" w:type="dxa"/>
            <w:vAlign w:val="center"/>
          </w:tcPr>
          <w:p w14:paraId="0022CB12" w14:textId="77777777" w:rsidR="00C62900" w:rsidRDefault="00C62900" w:rsidP="00C62900">
            <w:pPr>
              <w:spacing w:after="0"/>
              <w:jc w:val="center"/>
            </w:pPr>
            <w:proofErr w:type="spellStart"/>
            <w:r>
              <w:rPr>
                <w:b/>
                <w:sz w:val="17"/>
              </w:rPr>
              <w:t>Assinatura</w:t>
            </w:r>
            <w:proofErr w:type="spellEnd"/>
            <w:r>
              <w:rPr>
                <w:b/>
                <w:sz w:val="17"/>
              </w:rPr>
              <w:t xml:space="preserve"> do </w:t>
            </w:r>
            <w:proofErr w:type="spellStart"/>
            <w:r>
              <w:rPr>
                <w:b/>
                <w:sz w:val="17"/>
              </w:rPr>
              <w:t>responsável</w:t>
            </w:r>
            <w:proofErr w:type="spellEnd"/>
            <w:r>
              <w:rPr>
                <w:b/>
                <w:sz w:val="17"/>
              </w:rPr>
              <w:t xml:space="preserve"> legal</w:t>
            </w:r>
            <w:r>
              <w:br/>
            </w:r>
            <w:r>
              <w:br/>
              <w:t>_______________________________________________</w:t>
            </w:r>
          </w:p>
        </w:tc>
      </w:tr>
    </w:tbl>
    <w:p w14:paraId="2A75BD04" w14:textId="3E8D2737" w:rsidR="004A3E9D" w:rsidRDefault="004A3E9D" w:rsidP="00900A0E">
      <w:pPr>
        <w:tabs>
          <w:tab w:val="left" w:pos="1455"/>
        </w:tabs>
        <w:spacing w:after="0"/>
      </w:pPr>
    </w:p>
    <w:sectPr w:rsidR="004A3E9D" w:rsidSect="00034616">
      <w:footerReference w:type="default" r:id="rId10"/>
      <w:pgSz w:w="12240" w:h="15840"/>
      <w:pgMar w:top="397" w:right="850" w:bottom="39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CA86D" w14:textId="77777777" w:rsidR="00520F65" w:rsidRDefault="00520F65">
      <w:pPr>
        <w:spacing w:after="0" w:line="240" w:lineRule="auto"/>
      </w:pPr>
      <w:r>
        <w:separator/>
      </w:r>
    </w:p>
  </w:endnote>
  <w:endnote w:type="continuationSeparator" w:id="0">
    <w:p w14:paraId="4690DACA" w14:textId="77777777" w:rsidR="00520F65" w:rsidRDefault="00520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2B2B3" w14:textId="77777777" w:rsidR="004A3E9D" w:rsidRDefault="00B178A2">
    <w:pPr>
      <w:pStyle w:val="Rodap"/>
      <w:jc w:val="center"/>
    </w:pPr>
    <w:r>
      <w:rPr>
        <w:sz w:val="15"/>
      </w:rPr>
      <w:t>APAA – Associação Pompeana dos Amigos dos Autistas | Pompéu/MG</w:t>
    </w:r>
    <w:r>
      <w:rPr>
        <w:sz w:val="15"/>
      </w:rPr>
      <w:br/>
      <w:t>apaa.pompeu@gmail.com | caminhosdocuidar.apaa@gmail.com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373C7" w14:textId="77777777" w:rsidR="00520F65" w:rsidRDefault="00520F65">
      <w:pPr>
        <w:spacing w:after="0" w:line="240" w:lineRule="auto"/>
      </w:pPr>
      <w:r>
        <w:separator/>
      </w:r>
    </w:p>
  </w:footnote>
  <w:footnote w:type="continuationSeparator" w:id="0">
    <w:p w14:paraId="1E8E72D6" w14:textId="77777777" w:rsidR="00520F65" w:rsidRDefault="00520F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A3E9D"/>
    <w:rsid w:val="00520F65"/>
    <w:rsid w:val="0062181A"/>
    <w:rsid w:val="00900A0E"/>
    <w:rsid w:val="00AA1D8D"/>
    <w:rsid w:val="00B178A2"/>
    <w:rsid w:val="00B47730"/>
    <w:rsid w:val="00C6290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39442"/>
  <w14:defaultImageDpi w14:val="300"/>
  <w15:docId w15:val="{0AE738ED-FE50-4652-95E9-ABDED42D1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467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2026-09-15T19:46:00Z</dcterms:created>
  <dcterms:modified xsi:type="dcterms:W3CDTF">2026-09-15T19:46:00Z</dcterms:modified>
  <cp:category/>
</cp:coreProperties>
</file>