
<file path=[Content_Types].xml><?xml version="1.0" encoding="utf-8"?>
<Types xmlns="http://schemas.openxmlformats.org/package/2006/content-types">
  <Default Extension="pn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2.png" ContentType="image/png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B354B" w14:textId="6FE55A25" w:rsidR="00900A0E" w:rsidRDefault="00900A0E" w:rsidP="00900A0E">
      <w:pPr>
        <w:spacing w:after="0"/>
        <w:jc w:val="center"/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61D14324" wp14:editId="72E5D964">
            <wp:simplePos x="0" y="0"/>
            <wp:positionH relativeFrom="column">
              <wp:posOffset>4994275</wp:posOffset>
            </wp:positionH>
            <wp:positionV relativeFrom="paragraph">
              <wp:posOffset>-4445</wp:posOffset>
            </wp:positionV>
            <wp:extent cx="1701800" cy="63309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aa_logo_ficha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01800" cy="633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651C890C" wp14:editId="7D48C619">
            <wp:simplePos x="0" y="0"/>
            <wp:positionH relativeFrom="column">
              <wp:posOffset>-82550</wp:posOffset>
            </wp:positionH>
            <wp:positionV relativeFrom="paragraph">
              <wp:posOffset>-118745</wp:posOffset>
            </wp:positionV>
            <wp:extent cx="1943100" cy="97155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75BD04" w14:textId="2499A438" w:rsidR="004A3E9D" w:rsidRDefault="00900A0E" w:rsidP="00900A0E">
      <w:pPr>
        <w:tabs>
          <w:tab w:val="left" w:pos="1455"/>
        </w:tabs>
        <w:spacing w:after="0"/>
      </w:pPr>
      <w:r>
        <w:tab/>
      </w:r>
      <w:r>
        <w:br w:type="textWrapping" w:clear="all"/>
      </w:r>
    </w:p>
    <w:p w14:paraId="317AB847" w14:textId="77777777" w:rsidR="004A3E9D" w:rsidRDefault="002D6ABB">
      <w:pPr>
        <w:spacing w:after="0"/>
        <w:jc w:val="center"/>
      </w:pPr>
      <w:r>
        <w:rPr>
          <w:b/>
          <w:sz w:val="22"/>
        </w:rPr>
        <w:t>PROJETO CAMINHOS DO CUIDAR</w:t>
      </w:r>
    </w:p>
    <w:p w14:paraId="15321477" w14:textId="2938DB31" w:rsidR="004A3E9D" w:rsidRDefault="002D6ABB">
      <w:pPr>
        <w:spacing w:after="0"/>
        <w:jc w:val="center"/>
        <w:rPr>
          <w:b/>
          <w:sz w:val="22"/>
        </w:rPr>
      </w:pPr>
      <w:r>
        <w:rPr>
          <w:b/>
          <w:sz w:val="22"/>
        </w:rPr>
        <w:t>FICHA DE ENCAMINHAMENTO ESCOLAR</w:t>
      </w:r>
    </w:p>
    <w:p w14:paraId="053D9E7A" w14:textId="77777777" w:rsidR="00900A0E" w:rsidRDefault="00900A0E">
      <w:pPr>
        <w:spacing w:after="0"/>
        <w:jc w:val="center"/>
      </w:pPr>
    </w:p>
    <w:tbl>
      <w:tblPr>
        <w:tblW w:w="0" w:type="auto"/>
        <w:jc w:val="center"/>
        <w:tblBorders>
          <w:top w:val="single" w:sz="6" w:space="0" w:color="606060"/>
          <w:left w:val="single" w:sz="6" w:space="0" w:color="606060"/>
          <w:bottom w:val="single" w:sz="6" w:space="0" w:color="606060"/>
          <w:right w:val="single" w:sz="6" w:space="0" w:color="606060"/>
          <w:insideH w:val="single" w:sz="6" w:space="0" w:color="606060"/>
          <w:insideV w:val="single" w:sz="6" w:space="0" w:color="606060"/>
        </w:tblBorders>
        <w:tblLook w:val="04A0" w:firstRow="1" w:lastRow="0" w:firstColumn="1" w:lastColumn="0" w:noHBand="0" w:noVBand="1"/>
      </w:tblPr>
      <w:tblGrid>
        <w:gridCol w:w="5270"/>
        <w:gridCol w:w="5270"/>
      </w:tblGrid>
      <w:tr w:rsidR="004A3E9D" w14:paraId="09E086C3" w14:textId="77777777">
        <w:trPr>
          <w:trHeight w:val="255"/>
          <w:jc w:val="center"/>
        </w:trPr>
        <w:tc>
          <w:tcPr>
            <w:tcW w:w="10540" w:type="dxa"/>
            <w:gridSpan w:val="2"/>
            <w:shd w:val="clear" w:color="auto" w:fill="AFC6E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47E31C" w14:textId="77777777" w:rsidR="004A3E9D" w:rsidRDefault="002D6ABB">
            <w:pPr>
              <w:spacing w:after="0"/>
              <w:jc w:val="center"/>
            </w:pPr>
            <w:r>
              <w:rPr>
                <w:b/>
                <w:sz w:val="16"/>
              </w:rPr>
              <w:t>1. IDENTIFICAÇÃO DA CRIANÇA/ADOLESCENTE</w:t>
            </w:r>
          </w:p>
        </w:tc>
      </w:tr>
      <w:tr w:rsidR="004A3E9D" w14:paraId="2FD24FC4" w14:textId="77777777">
        <w:trPr>
          <w:trHeight w:val="311"/>
          <w:jc w:val="center"/>
        </w:trPr>
        <w:tc>
          <w:tcPr>
            <w:tcW w:w="10540" w:type="dxa"/>
            <w:gridSpan w:val="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9E954D" w14:textId="77777777" w:rsidR="004A3E9D" w:rsidRDefault="002D6ABB">
            <w:pPr>
              <w:spacing w:after="0"/>
            </w:pPr>
            <w:r>
              <w:rPr>
                <w:sz w:val="16"/>
              </w:rPr>
              <w:t>Nome completo:</w:t>
            </w:r>
            <w:r>
              <w:rPr>
                <w:sz w:val="16"/>
              </w:rPr>
              <w:br/>
            </w:r>
          </w:p>
        </w:tc>
      </w:tr>
      <w:tr w:rsidR="004A3E9D" w14:paraId="556E841A" w14:textId="77777777">
        <w:trPr>
          <w:trHeight w:val="311"/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4ACCCC" w14:textId="77777777" w:rsidR="004A3E9D" w:rsidRDefault="002D6ABB">
            <w:pPr>
              <w:spacing w:after="0"/>
            </w:pPr>
            <w:r>
              <w:rPr>
                <w:sz w:val="16"/>
              </w:rPr>
              <w:t xml:space="preserve">Data de </w:t>
            </w:r>
            <w:r>
              <w:rPr>
                <w:sz w:val="16"/>
              </w:rPr>
              <w:t>nascimento:</w:t>
            </w:r>
            <w:r>
              <w:rPr>
                <w:sz w:val="16"/>
              </w:rPr>
              <w:br/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9F8998" w14:textId="77777777" w:rsidR="004A3E9D" w:rsidRDefault="002D6ABB">
            <w:pPr>
              <w:spacing w:after="0"/>
            </w:pPr>
            <w:r>
              <w:rPr>
                <w:sz w:val="16"/>
              </w:rPr>
              <w:t>Idade:</w:t>
            </w:r>
            <w:r>
              <w:rPr>
                <w:sz w:val="16"/>
              </w:rPr>
              <w:br/>
            </w:r>
          </w:p>
        </w:tc>
      </w:tr>
      <w:tr w:rsidR="004A3E9D" w14:paraId="17589FCF" w14:textId="77777777">
        <w:trPr>
          <w:trHeight w:val="311"/>
          <w:jc w:val="center"/>
        </w:trPr>
        <w:tc>
          <w:tcPr>
            <w:tcW w:w="10540" w:type="dxa"/>
            <w:gridSpan w:val="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CECB44" w14:textId="77777777" w:rsidR="004A3E9D" w:rsidRDefault="002D6ABB">
            <w:pPr>
              <w:spacing w:after="0"/>
            </w:pPr>
            <w:r>
              <w:rPr>
                <w:sz w:val="16"/>
              </w:rPr>
              <w:t>Endereço:</w:t>
            </w:r>
            <w:r>
              <w:rPr>
                <w:sz w:val="16"/>
              </w:rPr>
              <w:br/>
            </w:r>
          </w:p>
        </w:tc>
      </w:tr>
      <w:tr w:rsidR="004A3E9D" w14:paraId="1CE44260" w14:textId="77777777">
        <w:trPr>
          <w:trHeight w:val="311"/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F79334" w14:textId="77777777" w:rsidR="004A3E9D" w:rsidRDefault="002D6ABB">
            <w:pPr>
              <w:spacing w:after="0"/>
            </w:pPr>
            <w:r>
              <w:rPr>
                <w:sz w:val="16"/>
              </w:rPr>
              <w:t>Bairro:</w:t>
            </w:r>
            <w:r>
              <w:rPr>
                <w:sz w:val="16"/>
              </w:rPr>
              <w:br/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D704E9" w14:textId="77777777" w:rsidR="004A3E9D" w:rsidRDefault="002D6ABB">
            <w:pPr>
              <w:spacing w:after="0"/>
            </w:pPr>
            <w:r>
              <w:rPr>
                <w:sz w:val="16"/>
              </w:rPr>
              <w:t>Telefone do responsável:</w:t>
            </w:r>
            <w:r>
              <w:rPr>
                <w:sz w:val="16"/>
              </w:rPr>
              <w:br/>
            </w:r>
          </w:p>
        </w:tc>
      </w:tr>
      <w:tr w:rsidR="004A3E9D" w14:paraId="6F8B0BCC" w14:textId="77777777">
        <w:trPr>
          <w:trHeight w:val="311"/>
          <w:jc w:val="center"/>
        </w:trPr>
        <w:tc>
          <w:tcPr>
            <w:tcW w:w="10540" w:type="dxa"/>
            <w:gridSpan w:val="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D32DA5" w14:textId="77777777" w:rsidR="004A3E9D" w:rsidRDefault="002D6ABB">
            <w:pPr>
              <w:spacing w:after="0"/>
            </w:pPr>
            <w:r>
              <w:rPr>
                <w:sz w:val="16"/>
              </w:rPr>
              <w:t>Escola:</w:t>
            </w:r>
            <w:r>
              <w:rPr>
                <w:sz w:val="16"/>
              </w:rPr>
              <w:br/>
            </w:r>
          </w:p>
        </w:tc>
      </w:tr>
      <w:tr w:rsidR="004A3E9D" w14:paraId="596B1936" w14:textId="77777777">
        <w:trPr>
          <w:trHeight w:val="311"/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5090DD" w14:textId="77777777" w:rsidR="004A3E9D" w:rsidRDefault="002D6ABB">
            <w:pPr>
              <w:spacing w:after="0"/>
            </w:pPr>
            <w:r>
              <w:rPr>
                <w:sz w:val="16"/>
              </w:rPr>
              <w:t>Turma/Ano/Série:</w:t>
            </w:r>
            <w:r>
              <w:rPr>
                <w:sz w:val="16"/>
              </w:rPr>
              <w:br/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D23C95" w14:textId="77777777" w:rsidR="004A3E9D" w:rsidRDefault="002D6ABB">
            <w:pPr>
              <w:spacing w:after="0"/>
            </w:pPr>
            <w:r>
              <w:rPr>
                <w:sz w:val="16"/>
              </w:rPr>
              <w:t>Turno:</w:t>
            </w:r>
            <w:r>
              <w:rPr>
                <w:sz w:val="16"/>
              </w:rPr>
              <w:br/>
            </w:r>
          </w:p>
        </w:tc>
      </w:tr>
      <w:tr w:rsidR="004A3E9D" w14:paraId="7E1964FF" w14:textId="77777777">
        <w:trPr>
          <w:trHeight w:val="311"/>
          <w:jc w:val="center"/>
        </w:trPr>
        <w:tc>
          <w:tcPr>
            <w:tcW w:w="10540" w:type="dxa"/>
            <w:gridSpan w:val="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B31AD5" w14:textId="77777777" w:rsidR="004A3E9D" w:rsidRDefault="002D6ABB">
            <w:pPr>
              <w:spacing w:after="0"/>
            </w:pPr>
            <w:r>
              <w:rPr>
                <w:sz w:val="16"/>
              </w:rPr>
              <w:t>Professor(a)/responsável pela observação:</w:t>
            </w:r>
            <w:r>
              <w:rPr>
                <w:sz w:val="16"/>
              </w:rPr>
              <w:br/>
            </w:r>
          </w:p>
        </w:tc>
      </w:tr>
      <w:tr w:rsidR="004A3E9D" w14:paraId="7241BADA" w14:textId="77777777">
        <w:trPr>
          <w:trHeight w:val="255"/>
          <w:jc w:val="center"/>
        </w:trPr>
        <w:tc>
          <w:tcPr>
            <w:tcW w:w="10540" w:type="dxa"/>
            <w:gridSpan w:val="2"/>
            <w:shd w:val="clear" w:color="auto" w:fill="AFC6E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448226" w14:textId="77777777" w:rsidR="004A3E9D" w:rsidRDefault="002D6ABB">
            <w:pPr>
              <w:spacing w:after="0"/>
              <w:jc w:val="center"/>
            </w:pPr>
            <w:r>
              <w:rPr>
                <w:b/>
                <w:sz w:val="16"/>
              </w:rPr>
              <w:t>2. IDENTIFICAÇÃO DO RESPONSÁVEL LEGAL</w:t>
            </w:r>
          </w:p>
        </w:tc>
      </w:tr>
      <w:tr w:rsidR="004A3E9D" w14:paraId="41E2FC52" w14:textId="77777777">
        <w:trPr>
          <w:trHeight w:val="311"/>
          <w:jc w:val="center"/>
        </w:trPr>
        <w:tc>
          <w:tcPr>
            <w:tcW w:w="10540" w:type="dxa"/>
            <w:gridSpan w:val="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AA2F3C" w14:textId="77777777" w:rsidR="004A3E9D" w:rsidRDefault="002D6ABB">
            <w:pPr>
              <w:spacing w:after="0"/>
            </w:pPr>
            <w:r>
              <w:rPr>
                <w:sz w:val="16"/>
              </w:rPr>
              <w:t>Nome:</w:t>
            </w:r>
            <w:r>
              <w:rPr>
                <w:sz w:val="16"/>
              </w:rPr>
              <w:br/>
            </w:r>
          </w:p>
        </w:tc>
      </w:tr>
      <w:tr w:rsidR="004A3E9D" w14:paraId="799E18A2" w14:textId="77777777">
        <w:trPr>
          <w:trHeight w:val="311"/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F6A25E" w14:textId="77777777" w:rsidR="004A3E9D" w:rsidRDefault="002D6ABB">
            <w:pPr>
              <w:spacing w:after="0"/>
            </w:pPr>
            <w:r>
              <w:rPr>
                <w:sz w:val="16"/>
              </w:rPr>
              <w:t>Parentesco:</w:t>
            </w:r>
            <w:r>
              <w:rPr>
                <w:sz w:val="16"/>
              </w:rPr>
              <w:br/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BFBC0C" w14:textId="77777777" w:rsidR="004A3E9D" w:rsidRDefault="002D6ABB">
            <w:pPr>
              <w:spacing w:after="0"/>
            </w:pPr>
            <w:r>
              <w:rPr>
                <w:sz w:val="16"/>
              </w:rPr>
              <w:t>Telefone:</w:t>
            </w:r>
            <w:r>
              <w:rPr>
                <w:sz w:val="16"/>
              </w:rPr>
              <w:br/>
            </w:r>
          </w:p>
        </w:tc>
      </w:tr>
      <w:tr w:rsidR="004A3E9D" w14:paraId="1CCE8FE8" w14:textId="77777777">
        <w:trPr>
          <w:trHeight w:val="311"/>
          <w:jc w:val="center"/>
        </w:trPr>
        <w:tc>
          <w:tcPr>
            <w:tcW w:w="10540" w:type="dxa"/>
            <w:gridSpan w:val="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23FDDB" w14:textId="77777777" w:rsidR="004A3E9D" w:rsidRDefault="002D6ABB">
            <w:pPr>
              <w:spacing w:after="0"/>
            </w:pPr>
            <w:r>
              <w:rPr>
                <w:sz w:val="16"/>
              </w:rPr>
              <w:t>E-mail:</w:t>
            </w:r>
            <w:r>
              <w:rPr>
                <w:sz w:val="16"/>
              </w:rPr>
              <w:br/>
            </w:r>
          </w:p>
        </w:tc>
      </w:tr>
      <w:tr w:rsidR="004A3E9D" w14:paraId="552F8D85" w14:textId="77777777">
        <w:trPr>
          <w:trHeight w:val="255"/>
          <w:jc w:val="center"/>
        </w:trPr>
        <w:tc>
          <w:tcPr>
            <w:tcW w:w="10540" w:type="dxa"/>
            <w:gridSpan w:val="2"/>
            <w:shd w:val="clear" w:color="auto" w:fill="AFC6E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73667D" w14:textId="77777777" w:rsidR="004A3E9D" w:rsidRDefault="002D6ABB">
            <w:pPr>
              <w:spacing w:after="0"/>
              <w:jc w:val="center"/>
            </w:pPr>
            <w:r>
              <w:rPr>
                <w:b/>
                <w:sz w:val="16"/>
              </w:rPr>
              <w:t xml:space="preserve">3. MOTIVO DO </w:t>
            </w:r>
            <w:r>
              <w:rPr>
                <w:b/>
                <w:sz w:val="16"/>
              </w:rPr>
              <w:t>ENCAMINHAMENTO</w:t>
            </w:r>
          </w:p>
        </w:tc>
      </w:tr>
      <w:tr w:rsidR="004A3E9D" w14:paraId="04BE05D6" w14:textId="77777777">
        <w:trPr>
          <w:trHeight w:val="878"/>
          <w:jc w:val="center"/>
        </w:trPr>
        <w:tc>
          <w:tcPr>
            <w:tcW w:w="10540" w:type="dxa"/>
            <w:gridSpan w:val="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55056E" w14:textId="77777777" w:rsidR="004A3E9D" w:rsidRDefault="002D6ABB">
            <w:pPr>
              <w:spacing w:after="0"/>
            </w:pPr>
            <w:r>
              <w:rPr>
                <w:sz w:val="16"/>
              </w:rPr>
              <w:t>Descrever, de forma breve e objetiva, as principais situações observadas no ambiente escolar que motivaram o encaminhamento à APAA: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4A3E9D" w14:paraId="5CB35CF0" w14:textId="77777777">
        <w:trPr>
          <w:trHeight w:val="255"/>
          <w:jc w:val="center"/>
        </w:trPr>
        <w:tc>
          <w:tcPr>
            <w:tcW w:w="10540" w:type="dxa"/>
            <w:gridSpan w:val="2"/>
            <w:shd w:val="clear" w:color="auto" w:fill="AFC6E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F2910D" w14:textId="77777777" w:rsidR="004A3E9D" w:rsidRDefault="002D6ABB">
            <w:pPr>
              <w:spacing w:after="0"/>
              <w:jc w:val="center"/>
            </w:pPr>
            <w:r>
              <w:rPr>
                <w:b/>
                <w:sz w:val="16"/>
              </w:rPr>
              <w:t>4. DOCUMENTOS QUE ACOMPANHAM O ENCAMINHAMENTO</w:t>
            </w:r>
          </w:p>
        </w:tc>
      </w:tr>
      <w:tr w:rsidR="004A3E9D" w14:paraId="14DC4CB5" w14:textId="77777777">
        <w:trPr>
          <w:trHeight w:val="425"/>
          <w:jc w:val="center"/>
        </w:trPr>
        <w:tc>
          <w:tcPr>
            <w:tcW w:w="10540" w:type="dxa"/>
            <w:gridSpan w:val="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014C62" w14:textId="77777777" w:rsidR="004A3E9D" w:rsidRDefault="002D6ABB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Relatório pedagógico     ☐ Termo de </w:t>
            </w:r>
            <w:r>
              <w:rPr>
                <w:sz w:val="16"/>
              </w:rPr>
              <w:t>consentimento assinado pelo responsável legal</w:t>
            </w:r>
            <w:r>
              <w:rPr>
                <w:sz w:val="16"/>
              </w:rPr>
              <w:br/>
              <w:t>☐ Outros: __________________________________________________________________________________</w:t>
            </w:r>
          </w:p>
        </w:tc>
      </w:tr>
      <w:tr w:rsidR="004A3E9D" w14:paraId="1AC21E4E" w14:textId="77777777">
        <w:trPr>
          <w:trHeight w:val="255"/>
          <w:jc w:val="center"/>
        </w:trPr>
        <w:tc>
          <w:tcPr>
            <w:tcW w:w="10540" w:type="dxa"/>
            <w:gridSpan w:val="2"/>
            <w:shd w:val="clear" w:color="auto" w:fill="AFC6E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776DF4" w14:textId="77777777" w:rsidR="004A3E9D" w:rsidRDefault="002D6ABB">
            <w:pPr>
              <w:spacing w:after="0"/>
              <w:jc w:val="center"/>
            </w:pPr>
            <w:r>
              <w:rPr>
                <w:b/>
                <w:sz w:val="16"/>
              </w:rPr>
              <w:t>5. RESPONSÁVEL PELO ENCAMINHAMENTO</w:t>
            </w:r>
          </w:p>
        </w:tc>
      </w:tr>
      <w:tr w:rsidR="004A3E9D" w14:paraId="2DC88D98" w14:textId="77777777">
        <w:trPr>
          <w:trHeight w:val="311"/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11690F" w14:textId="77777777" w:rsidR="004A3E9D" w:rsidRDefault="002D6ABB">
            <w:pPr>
              <w:spacing w:after="0"/>
            </w:pPr>
            <w:r>
              <w:rPr>
                <w:sz w:val="16"/>
              </w:rPr>
              <w:t>Nome:</w:t>
            </w:r>
            <w:r>
              <w:rPr>
                <w:sz w:val="16"/>
              </w:rPr>
              <w:br/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F82C4E" w14:textId="77777777" w:rsidR="004A3E9D" w:rsidRDefault="002D6ABB">
            <w:pPr>
              <w:spacing w:after="0"/>
            </w:pPr>
            <w:r>
              <w:rPr>
                <w:sz w:val="16"/>
              </w:rPr>
              <w:t>Cargo/Função:</w:t>
            </w:r>
            <w:r>
              <w:rPr>
                <w:sz w:val="16"/>
              </w:rPr>
              <w:br/>
            </w:r>
          </w:p>
        </w:tc>
      </w:tr>
      <w:tr w:rsidR="004A3E9D" w14:paraId="5D85068E" w14:textId="77777777">
        <w:trPr>
          <w:trHeight w:val="311"/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ECD138" w14:textId="77777777" w:rsidR="004A3E9D" w:rsidRDefault="002D6ABB">
            <w:pPr>
              <w:spacing w:after="0"/>
            </w:pPr>
            <w:r>
              <w:rPr>
                <w:sz w:val="16"/>
              </w:rPr>
              <w:t>Data do encaminhamento:</w:t>
            </w:r>
            <w:r>
              <w:rPr>
                <w:sz w:val="16"/>
              </w:rPr>
              <w:br/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231261" w14:textId="77777777" w:rsidR="004A3E9D" w:rsidRDefault="002D6ABB">
            <w:pPr>
              <w:spacing w:after="0"/>
            </w:pPr>
            <w:r>
              <w:rPr>
                <w:sz w:val="16"/>
              </w:rPr>
              <w:t xml:space="preserve">Telefone/E-mail </w:t>
            </w:r>
            <w:r>
              <w:rPr>
                <w:sz w:val="16"/>
              </w:rPr>
              <w:t>institucional:</w:t>
            </w:r>
            <w:r>
              <w:rPr>
                <w:sz w:val="16"/>
              </w:rPr>
              <w:br/>
            </w:r>
          </w:p>
        </w:tc>
      </w:tr>
      <w:tr w:rsidR="004A3E9D" w14:paraId="7A44FE5D" w14:textId="77777777">
        <w:trPr>
          <w:trHeight w:val="510"/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5954F8" w14:textId="77777777" w:rsidR="004A3E9D" w:rsidRDefault="002D6ABB">
            <w:pPr>
              <w:spacing w:after="0"/>
            </w:pPr>
            <w:r>
              <w:rPr>
                <w:sz w:val="16"/>
              </w:rPr>
              <w:t>Assinatura: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1D90B4" w14:textId="77777777" w:rsidR="004A3E9D" w:rsidRDefault="002D6ABB">
            <w:pPr>
              <w:spacing w:after="0"/>
            </w:pPr>
            <w:r>
              <w:rPr>
                <w:sz w:val="16"/>
              </w:rPr>
              <w:t>Carimbo da instituição de ensino: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</w:tbl>
    <w:p w14:paraId="01B98A57" w14:textId="5A8AFAE7" w:rsidR="00900A0E" w:rsidRPr="00900A0E" w:rsidRDefault="002D6ABB" w:rsidP="00900A0E">
      <w:pPr>
        <w:spacing w:before="40" w:after="0"/>
      </w:pPr>
      <w:r>
        <w:rPr>
          <w:b/>
          <w:sz w:val="15"/>
        </w:rPr>
        <w:t xml:space="preserve">Observação: </w:t>
      </w:r>
      <w:r>
        <w:rPr>
          <w:sz w:val="15"/>
        </w:rPr>
        <w:t xml:space="preserve">o encaminhamento deverá ser acompanhado do Relatório Pedagógico e do Termo de </w:t>
      </w:r>
      <w:proofErr w:type="spellStart"/>
      <w:r>
        <w:rPr>
          <w:sz w:val="15"/>
        </w:rPr>
        <w:t>Consentimento</w:t>
      </w:r>
      <w:proofErr w:type="spellEnd"/>
      <w:r>
        <w:rPr>
          <w:sz w:val="15"/>
        </w:rPr>
        <w:t xml:space="preserve"> do </w:t>
      </w:r>
      <w:proofErr w:type="spellStart"/>
      <w:r>
        <w:rPr>
          <w:sz w:val="15"/>
        </w:rPr>
        <w:t>responsável</w:t>
      </w:r>
      <w:proofErr w:type="spellEnd"/>
      <w:r>
        <w:rPr>
          <w:sz w:val="15"/>
        </w:rPr>
        <w:t xml:space="preserve"> legal.</w:t>
      </w:r>
    </w:p>
    <w:sectPr w:rsidR="00900A0E" w:rsidRPr="00900A0E" w:rsidSect="00034616">
      <w:footerReference w:type="default" r:id="rId10"/>
      <w:pgSz w:w="12240" w:h="15840"/>
      <w:pgMar w:top="397" w:right="850" w:bottom="397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236DB" w14:textId="77777777" w:rsidR="002D6ABB" w:rsidRDefault="002D6ABB">
      <w:pPr>
        <w:spacing w:after="0" w:line="240" w:lineRule="auto"/>
      </w:pPr>
      <w:r>
        <w:separator/>
      </w:r>
    </w:p>
  </w:endnote>
  <w:endnote w:type="continuationSeparator" w:id="0">
    <w:p w14:paraId="228A1C0D" w14:textId="77777777" w:rsidR="002D6ABB" w:rsidRDefault="002D6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2B2B3" w14:textId="77777777" w:rsidR="004A3E9D" w:rsidRDefault="002D6ABB">
    <w:pPr>
      <w:pStyle w:val="Rodap"/>
      <w:jc w:val="center"/>
    </w:pPr>
    <w:r>
      <w:rPr>
        <w:sz w:val="15"/>
      </w:rPr>
      <w:t xml:space="preserve">APAA – Associação Pompeana dos Amigos dos </w:t>
    </w:r>
    <w:r>
      <w:rPr>
        <w:sz w:val="15"/>
      </w:rPr>
      <w:t>Autistas | Pompéu/MG</w:t>
    </w:r>
    <w:r>
      <w:rPr>
        <w:sz w:val="15"/>
      </w:rPr>
      <w:br/>
      <w:t>apaa.pompeu@gmail.com | caminhosdocuidar.apaa@gmail.com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6BE61" w14:textId="77777777" w:rsidR="002D6ABB" w:rsidRDefault="002D6ABB">
      <w:pPr>
        <w:spacing w:after="0" w:line="240" w:lineRule="auto"/>
      </w:pPr>
      <w:r>
        <w:separator/>
      </w:r>
    </w:p>
  </w:footnote>
  <w:footnote w:type="continuationSeparator" w:id="0">
    <w:p w14:paraId="71096D24" w14:textId="77777777" w:rsidR="002D6ABB" w:rsidRDefault="002D6A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6ABB"/>
    <w:rsid w:val="00326F90"/>
    <w:rsid w:val="004A3E9D"/>
    <w:rsid w:val="00900A0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C39442"/>
  <w14:defaultImageDpi w14:val="300"/>
  <w15:docId w15:val="{0AE738ED-FE50-4652-95E9-ABDED42D1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2026-09-15T19:42:00Z</dcterms:modified>
  <cp:category/>
</cp:coreProperties>
</file>